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D61C" w14:textId="0719B0C0" w:rsidR="00930F33" w:rsidRDefault="00930F33">
      <w:pPr>
        <w:spacing w:after="0"/>
        <w:rPr>
          <w:lang w:eastAsia="zh-CN"/>
        </w:rPr>
      </w:pPr>
    </w:p>
    <w:p w14:paraId="6A478F13" w14:textId="1D6204B6" w:rsidR="003A3F31" w:rsidRDefault="00463625">
      <w:r>
        <w:rPr>
          <w:rFonts w:ascii="Arial" w:hAnsi="Arial"/>
          <w:sz w:val="48"/>
        </w:rPr>
        <w:t>Innovation Panel Recording</w:t>
      </w:r>
    </w:p>
    <w:p w14:paraId="22A20213" w14:textId="77777777" w:rsidR="003A3F31" w:rsidRDefault="003A3F31">
      <w:pPr>
        <w:spacing w:after="0"/>
      </w:pPr>
    </w:p>
    <w:p w14:paraId="3C366314"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00:03</w:t>
      </w:r>
      <w:proofErr w:type="gramEnd"/>
    </w:p>
    <w:p w14:paraId="0D83B762" w14:textId="77777777" w:rsidR="003A3F31" w:rsidRDefault="00FA1E12">
      <w:pPr>
        <w:spacing w:after="0"/>
      </w:pPr>
      <w:r>
        <w:rPr>
          <w:rFonts w:ascii="Arial" w:hAnsi="Arial"/>
        </w:rPr>
        <w:t xml:space="preserve">Perfect. Okay, so I'm going to start the session today sharing the number 34. Now, this might seem a little bit strange, but please bear with me. So, in a recent UK innovation survey, it stated that only 34% of UK businesses were innovation active, so this is actually quite a relatively low percentage, and it means only a third of our UK businesses are actively trying to implement new approaches or ways of working that will drive forward change and support their continuous improvement. </w:t>
      </w:r>
      <w:proofErr w:type="gramStart"/>
      <w:r>
        <w:rPr>
          <w:rFonts w:ascii="Arial" w:hAnsi="Arial"/>
        </w:rPr>
        <w:t>So</w:t>
      </w:r>
      <w:proofErr w:type="gramEnd"/>
      <w:r>
        <w:rPr>
          <w:rFonts w:ascii="Arial" w:hAnsi="Arial"/>
        </w:rPr>
        <w:t xml:space="preserve"> MGS are really encouraging the museum sector to move in this direction, and that is why we are absolutely delighted to be running our innovation panel discussion this morning, as it's a chance to really showcase some fantastic work and fantastic and innovative </w:t>
      </w:r>
      <w:proofErr w:type="spellStart"/>
      <w:r>
        <w:rPr>
          <w:rFonts w:ascii="Arial" w:hAnsi="Arial"/>
        </w:rPr>
        <w:t>organisations</w:t>
      </w:r>
      <w:proofErr w:type="spellEnd"/>
      <w:r>
        <w:rPr>
          <w:rFonts w:ascii="Arial" w:hAnsi="Arial"/>
        </w:rPr>
        <w:t xml:space="preserve"> that are pushing the boundaries. They're trying new things and they're demonstrating the positive impact that this approach can have. </w:t>
      </w:r>
      <w:proofErr w:type="gramStart"/>
      <w:r>
        <w:rPr>
          <w:rFonts w:ascii="Arial" w:hAnsi="Arial"/>
        </w:rPr>
        <w:t>So</w:t>
      </w:r>
      <w:proofErr w:type="gramEnd"/>
      <w:r>
        <w:rPr>
          <w:rFonts w:ascii="Arial" w:hAnsi="Arial"/>
        </w:rPr>
        <w:t xml:space="preserve"> I'll just take a step back and do some brief introductions of who's on the call today. </w:t>
      </w:r>
      <w:proofErr w:type="gramStart"/>
      <w:r>
        <w:rPr>
          <w:rFonts w:ascii="Arial" w:hAnsi="Arial"/>
        </w:rPr>
        <w:t>So</w:t>
      </w:r>
      <w:proofErr w:type="gramEnd"/>
      <w:r>
        <w:rPr>
          <w:rFonts w:ascii="Arial" w:hAnsi="Arial"/>
        </w:rPr>
        <w:t xml:space="preserve"> my name</w:t>
      </w:r>
      <w:r>
        <w:rPr>
          <w:rFonts w:ascii="Arial" w:hAnsi="Arial"/>
        </w:rPr>
        <w:t xml:space="preserve"> is Gillian Daroch. I am a Skills Development Manager at MGS, and I'm responsible for facilitating learning and development opportunities for the museum workforce. I will also provide a brief visual description. I'm a white woman. I've just turned 40. I can no longer say that I'm in my late 30s. I have blonde hair and I'm wearing dark-rimmed glasses and a white and blue striped top. I'm delighted to introduce our </w:t>
      </w:r>
      <w:proofErr w:type="spellStart"/>
      <w:r>
        <w:rPr>
          <w:rFonts w:ascii="Arial" w:hAnsi="Arial"/>
        </w:rPr>
        <w:t>panellists</w:t>
      </w:r>
      <w:proofErr w:type="spellEnd"/>
      <w:r>
        <w:rPr>
          <w:rFonts w:ascii="Arial" w:hAnsi="Arial"/>
        </w:rPr>
        <w:t xml:space="preserve"> today. We have Thania Meneses from </w:t>
      </w:r>
      <w:proofErr w:type="spellStart"/>
      <w:r>
        <w:rPr>
          <w:rFonts w:ascii="Arial" w:hAnsi="Arial"/>
        </w:rPr>
        <w:t>Trimontium</w:t>
      </w:r>
      <w:proofErr w:type="spellEnd"/>
      <w:r>
        <w:rPr>
          <w:rFonts w:ascii="Arial" w:hAnsi="Arial"/>
        </w:rPr>
        <w:t xml:space="preserve"> Museum. We have John Evans and Kate </w:t>
      </w:r>
      <w:proofErr w:type="spellStart"/>
      <w:r>
        <w:rPr>
          <w:rFonts w:ascii="Arial" w:hAnsi="Arial"/>
        </w:rPr>
        <w:t>Li</w:t>
      </w:r>
      <w:r>
        <w:rPr>
          <w:rFonts w:ascii="Arial" w:hAnsi="Arial"/>
        </w:rPr>
        <w:t>nsell</w:t>
      </w:r>
      <w:proofErr w:type="spellEnd"/>
      <w:r>
        <w:rPr>
          <w:rFonts w:ascii="Arial" w:hAnsi="Arial"/>
        </w:rPr>
        <w:t xml:space="preserve"> from the Museum of Lead Mining, and we have Ashley Pink from Dundee Heritage Trust. </w:t>
      </w:r>
      <w:proofErr w:type="gramStart"/>
      <w:r>
        <w:rPr>
          <w:rFonts w:ascii="Arial" w:hAnsi="Arial"/>
        </w:rPr>
        <w:t>So</w:t>
      </w:r>
      <w:proofErr w:type="gramEnd"/>
      <w:r>
        <w:rPr>
          <w:rFonts w:ascii="Arial" w:hAnsi="Arial"/>
        </w:rPr>
        <w:t xml:space="preserve"> each of our </w:t>
      </w:r>
      <w:proofErr w:type="spellStart"/>
      <w:r>
        <w:rPr>
          <w:rFonts w:ascii="Arial" w:hAnsi="Arial"/>
        </w:rPr>
        <w:t>panellists</w:t>
      </w:r>
      <w:proofErr w:type="spellEnd"/>
      <w:r>
        <w:rPr>
          <w:rFonts w:ascii="Arial" w:hAnsi="Arial"/>
        </w:rPr>
        <w:t xml:space="preserve"> will give a short presentation about the innovative work that they've been doing at their </w:t>
      </w:r>
      <w:proofErr w:type="spellStart"/>
      <w:r>
        <w:rPr>
          <w:rFonts w:ascii="Arial" w:hAnsi="Arial"/>
        </w:rPr>
        <w:t>organisations</w:t>
      </w:r>
      <w:proofErr w:type="spellEnd"/>
      <w:r>
        <w:rPr>
          <w:rFonts w:ascii="Arial" w:hAnsi="Arial"/>
        </w:rPr>
        <w:t>, and then we'll open out to questions from the audience. As I said, this is our first innovation panel discussion, but we do hope that this is the first of many, as it gives museums the chance to share their experiences and for us to all learn from each other. So just a wee bit of housekeepi</w:t>
      </w:r>
      <w:r>
        <w:rPr>
          <w:rFonts w:ascii="Arial" w:hAnsi="Arial"/>
        </w:rPr>
        <w:t xml:space="preserve">ng as well. We will be recording the session, so if you feel more comfortable turning your cameras off, that is </w:t>
      </w:r>
      <w:proofErr w:type="gramStart"/>
      <w:r>
        <w:rPr>
          <w:rFonts w:ascii="Arial" w:hAnsi="Arial"/>
        </w:rPr>
        <w:t>absolutely fine</w:t>
      </w:r>
      <w:proofErr w:type="gramEnd"/>
      <w:r>
        <w:rPr>
          <w:rFonts w:ascii="Arial" w:hAnsi="Arial"/>
        </w:rPr>
        <w:t xml:space="preserve">. And we'd also ask that while the presenter is speaking, you just keep your </w:t>
      </w:r>
      <w:proofErr w:type="gramStart"/>
      <w:r>
        <w:rPr>
          <w:rFonts w:ascii="Arial" w:hAnsi="Arial"/>
        </w:rPr>
        <w:t>microphone on</w:t>
      </w:r>
      <w:proofErr w:type="gramEnd"/>
      <w:r>
        <w:rPr>
          <w:rFonts w:ascii="Arial" w:hAnsi="Arial"/>
        </w:rPr>
        <w:t xml:space="preserve"> mute, and this just helps to stop any background noise coming through. We're going to run the sessions or the presentations </w:t>
      </w:r>
      <w:proofErr w:type="gramStart"/>
      <w:r>
        <w:rPr>
          <w:rFonts w:ascii="Arial" w:hAnsi="Arial"/>
        </w:rPr>
        <w:t>back to back</w:t>
      </w:r>
      <w:proofErr w:type="gramEnd"/>
      <w:r>
        <w:rPr>
          <w:rFonts w:ascii="Arial" w:hAnsi="Arial"/>
        </w:rPr>
        <w:t>, and then we'll open out for questions at the end. But please feel free to pop questions into the chat as we go along, and then we can address them at the Q&amp;</w:t>
      </w:r>
      <w:r>
        <w:rPr>
          <w:rFonts w:ascii="Arial" w:hAnsi="Arial"/>
        </w:rPr>
        <w:t xml:space="preserve">A at the end. </w:t>
      </w:r>
      <w:proofErr w:type="gramStart"/>
      <w:r>
        <w:rPr>
          <w:rFonts w:ascii="Arial" w:hAnsi="Arial"/>
        </w:rPr>
        <w:t>So</w:t>
      </w:r>
      <w:proofErr w:type="gramEnd"/>
      <w:r>
        <w:rPr>
          <w:rFonts w:ascii="Arial" w:hAnsi="Arial"/>
        </w:rPr>
        <w:t xml:space="preserve"> a copy of the slides used, along with any links and contact details, will all be shared after the session. </w:t>
      </w:r>
      <w:proofErr w:type="gramStart"/>
      <w:r>
        <w:rPr>
          <w:rFonts w:ascii="Arial" w:hAnsi="Arial"/>
        </w:rPr>
        <w:t>So</w:t>
      </w:r>
      <w:proofErr w:type="gramEnd"/>
      <w:r>
        <w:rPr>
          <w:rFonts w:ascii="Arial" w:hAnsi="Arial"/>
        </w:rPr>
        <w:t xml:space="preserve"> before I do pass over to our first speaker, I want to explain that we are running this session today as part of our Museum Futures project at MGS. </w:t>
      </w:r>
      <w:proofErr w:type="gramStart"/>
      <w:r>
        <w:rPr>
          <w:rFonts w:ascii="Arial" w:hAnsi="Arial"/>
        </w:rPr>
        <w:t>So</w:t>
      </w:r>
      <w:proofErr w:type="gramEnd"/>
      <w:r>
        <w:rPr>
          <w:rFonts w:ascii="Arial" w:hAnsi="Arial"/>
        </w:rPr>
        <w:t xml:space="preserve"> I just want to take a few minutes to briefly explain what Museum Futures is and how you can get involved if you think it could be beneficial for your </w:t>
      </w:r>
      <w:proofErr w:type="spellStart"/>
      <w:r>
        <w:rPr>
          <w:rFonts w:ascii="Arial" w:hAnsi="Arial"/>
        </w:rPr>
        <w:t>organisation</w:t>
      </w:r>
      <w:proofErr w:type="spellEnd"/>
      <w:r>
        <w:rPr>
          <w:rFonts w:ascii="Arial" w:hAnsi="Arial"/>
        </w:rPr>
        <w:t xml:space="preserve">. </w:t>
      </w:r>
      <w:proofErr w:type="gramStart"/>
      <w:r>
        <w:rPr>
          <w:rFonts w:ascii="Arial" w:hAnsi="Arial"/>
        </w:rPr>
        <w:t>So</w:t>
      </w:r>
      <w:proofErr w:type="gramEnd"/>
      <w:r>
        <w:rPr>
          <w:rFonts w:ascii="Arial" w:hAnsi="Arial"/>
        </w:rPr>
        <w:t xml:space="preserve"> the Museum Futures </w:t>
      </w:r>
      <w:proofErr w:type="spellStart"/>
      <w:r>
        <w:rPr>
          <w:rFonts w:ascii="Arial" w:hAnsi="Arial"/>
        </w:rPr>
        <w:t>Programme</w:t>
      </w:r>
      <w:proofErr w:type="spellEnd"/>
      <w:r>
        <w:rPr>
          <w:rFonts w:ascii="Arial" w:hAnsi="Arial"/>
        </w:rPr>
        <w:t xml:space="preserve"> was launched in July 2025, and it's bee</w:t>
      </w:r>
      <w:r>
        <w:rPr>
          <w:rFonts w:ascii="Arial" w:hAnsi="Arial"/>
        </w:rPr>
        <w:t xml:space="preserve">n funded by the Scottish Government and the National Lottery Heritage Fund. It's been developed in direct response to the significant </w:t>
      </w:r>
      <w:proofErr w:type="gramStart"/>
      <w:r>
        <w:rPr>
          <w:rFonts w:ascii="Arial" w:hAnsi="Arial"/>
        </w:rPr>
        <w:t>and  ongoing</w:t>
      </w:r>
      <w:proofErr w:type="gramEnd"/>
      <w:r>
        <w:rPr>
          <w:rFonts w:ascii="Arial" w:hAnsi="Arial"/>
        </w:rPr>
        <w:t xml:space="preserve"> financial and capacity challenges that are being faced by the sector. So, our mission is to accelerate collaboration initiatives, be more innovative, particularly when it comes to income generation, and ultimately </w:t>
      </w:r>
      <w:proofErr w:type="gramStart"/>
      <w:r>
        <w:rPr>
          <w:rFonts w:ascii="Arial" w:hAnsi="Arial"/>
        </w:rPr>
        <w:t>leading</w:t>
      </w:r>
      <w:proofErr w:type="gramEnd"/>
      <w:r>
        <w:rPr>
          <w:rFonts w:ascii="Arial" w:hAnsi="Arial"/>
        </w:rPr>
        <w:t xml:space="preserve"> to more </w:t>
      </w:r>
      <w:proofErr w:type="spellStart"/>
      <w:r>
        <w:rPr>
          <w:rFonts w:ascii="Arial" w:hAnsi="Arial"/>
        </w:rPr>
        <w:t>organisational</w:t>
      </w:r>
      <w:proofErr w:type="spellEnd"/>
      <w:r>
        <w:rPr>
          <w:rFonts w:ascii="Arial" w:hAnsi="Arial"/>
        </w:rPr>
        <w:t xml:space="preserve"> sustainability. The investment aims to drive positive strategic change, ensuring that museums and galleries can continue</w:t>
      </w:r>
      <w:r>
        <w:rPr>
          <w:rFonts w:ascii="Arial" w:hAnsi="Arial"/>
        </w:rPr>
        <w:t xml:space="preserve"> to enrich our local communities for generations to come. So, what are we doing to achieve this? Well, Museum Futures is made up of two main avenues: funding and wraparound support. Our two main grants are the Unlocking Potential Fund and the Innovation Fund, </w:t>
      </w:r>
      <w:r>
        <w:rPr>
          <w:rFonts w:ascii="Arial" w:hAnsi="Arial"/>
        </w:rPr>
        <w:lastRenderedPageBreak/>
        <w:t xml:space="preserve">which obviously links very closely to our session this morning. We also want to equip the sector with the skills to meet these challenges and be more creative and innovative. </w:t>
      </w:r>
      <w:proofErr w:type="gramStart"/>
      <w:r>
        <w:rPr>
          <w:rFonts w:ascii="Arial" w:hAnsi="Arial"/>
        </w:rPr>
        <w:t>So</w:t>
      </w:r>
      <w:proofErr w:type="gramEnd"/>
      <w:r>
        <w:rPr>
          <w:rFonts w:ascii="Arial" w:hAnsi="Arial"/>
        </w:rPr>
        <w:t xml:space="preserve"> our wraparound </w:t>
      </w:r>
      <w:proofErr w:type="spellStart"/>
      <w:r>
        <w:rPr>
          <w:rFonts w:ascii="Arial" w:hAnsi="Arial"/>
        </w:rPr>
        <w:t>programme</w:t>
      </w:r>
      <w:proofErr w:type="spellEnd"/>
      <w:r>
        <w:rPr>
          <w:rFonts w:ascii="Arial" w:hAnsi="Arial"/>
        </w:rPr>
        <w:t xml:space="preserve"> provides a range of training opportunities, inclu</w:t>
      </w:r>
      <w:r>
        <w:rPr>
          <w:rFonts w:ascii="Arial" w:hAnsi="Arial"/>
        </w:rPr>
        <w:t>ding courses, receivi</w:t>
      </w:r>
      <w:r>
        <w:rPr>
          <w:rFonts w:ascii="Arial" w:hAnsi="Arial"/>
        </w:rPr>
        <w:t xml:space="preserve">ng expert advice, facilitating peer-to-peer support, and consultancy. </w:t>
      </w:r>
      <w:proofErr w:type="gramStart"/>
      <w:r>
        <w:rPr>
          <w:rFonts w:ascii="Arial" w:hAnsi="Arial"/>
        </w:rPr>
        <w:t>So</w:t>
      </w:r>
      <w:proofErr w:type="gramEnd"/>
      <w:r>
        <w:rPr>
          <w:rFonts w:ascii="Arial" w:hAnsi="Arial"/>
        </w:rPr>
        <w:t xml:space="preserve"> I will send a link to the website after the session, where you can see all of this in more detail. But that is more than enough from me for now, and I'm going to pass over to our first </w:t>
      </w:r>
      <w:proofErr w:type="spellStart"/>
      <w:r>
        <w:rPr>
          <w:rFonts w:ascii="Arial" w:hAnsi="Arial"/>
        </w:rPr>
        <w:t>panellist</w:t>
      </w:r>
      <w:proofErr w:type="spellEnd"/>
      <w:r>
        <w:rPr>
          <w:rFonts w:ascii="Arial" w:hAnsi="Arial"/>
        </w:rPr>
        <w:t xml:space="preserve">, who is Thania from </w:t>
      </w:r>
      <w:proofErr w:type="spellStart"/>
      <w:r>
        <w:rPr>
          <w:rFonts w:ascii="Arial" w:hAnsi="Arial"/>
        </w:rPr>
        <w:t>Trimontium</w:t>
      </w:r>
      <w:proofErr w:type="spellEnd"/>
      <w:r>
        <w:rPr>
          <w:rFonts w:ascii="Arial" w:hAnsi="Arial"/>
        </w:rPr>
        <w:t xml:space="preserve"> Museum. </w:t>
      </w:r>
      <w:proofErr w:type="gramStart"/>
      <w:r>
        <w:rPr>
          <w:rFonts w:ascii="Arial" w:hAnsi="Arial"/>
        </w:rPr>
        <w:t>So</w:t>
      </w:r>
      <w:proofErr w:type="gramEnd"/>
      <w:r>
        <w:rPr>
          <w:rFonts w:ascii="Arial" w:hAnsi="Arial"/>
        </w:rPr>
        <w:t xml:space="preserve"> I will just stop sharing my screen just now. And Thania, I will pass over to you.</w:t>
      </w:r>
    </w:p>
    <w:p w14:paraId="111ED829" w14:textId="77777777" w:rsidR="003A3F31" w:rsidRDefault="003A3F31">
      <w:pPr>
        <w:spacing w:after="0"/>
      </w:pPr>
    </w:p>
    <w:p w14:paraId="67576127"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04:31</w:t>
      </w:r>
      <w:proofErr w:type="gramEnd"/>
    </w:p>
    <w:p w14:paraId="1E370138" w14:textId="77777777" w:rsidR="003A3F31" w:rsidRDefault="00FA1E12">
      <w:pPr>
        <w:spacing w:after="0"/>
      </w:pPr>
      <w:r>
        <w:rPr>
          <w:rFonts w:ascii="Arial" w:hAnsi="Arial"/>
        </w:rPr>
        <w:t xml:space="preserve">Perfect. Thank you so much. Can you see my </w:t>
      </w:r>
      <w:proofErr w:type="gramStart"/>
      <w:r>
        <w:rPr>
          <w:rFonts w:ascii="Arial" w:hAnsi="Arial"/>
        </w:rPr>
        <w:t>slide</w:t>
      </w:r>
      <w:proofErr w:type="gramEnd"/>
      <w:r>
        <w:rPr>
          <w:rFonts w:ascii="Arial" w:hAnsi="Arial"/>
        </w:rPr>
        <w:t xml:space="preserve"> okay? Can you hear </w:t>
      </w:r>
      <w:proofErr w:type="gramStart"/>
      <w:r>
        <w:rPr>
          <w:rFonts w:ascii="Arial" w:hAnsi="Arial"/>
        </w:rPr>
        <w:t>me</w:t>
      </w:r>
      <w:proofErr w:type="gramEnd"/>
      <w:r>
        <w:rPr>
          <w:rFonts w:ascii="Arial" w:hAnsi="Arial"/>
        </w:rPr>
        <w:t xml:space="preserve"> </w:t>
      </w:r>
      <w:proofErr w:type="gramStart"/>
      <w:r>
        <w:rPr>
          <w:rFonts w:ascii="Arial" w:hAnsi="Arial"/>
        </w:rPr>
        <w:t>okay?.</w:t>
      </w:r>
      <w:proofErr w:type="gramEnd"/>
      <w:r>
        <w:rPr>
          <w:rFonts w:ascii="Arial" w:hAnsi="Arial"/>
        </w:rPr>
        <w:t xml:space="preserve"> Perfect. Hello, hello. Thank you so much for the invitation. My name is Tania Meneses Flores. I am the Heritage Environment Resources Officer at the </w:t>
      </w:r>
      <w:proofErr w:type="spellStart"/>
      <w:r>
        <w:rPr>
          <w:rFonts w:ascii="Arial" w:hAnsi="Arial"/>
        </w:rPr>
        <w:t>Trimontium</w:t>
      </w:r>
      <w:proofErr w:type="spellEnd"/>
      <w:r>
        <w:rPr>
          <w:rFonts w:ascii="Arial" w:hAnsi="Arial"/>
        </w:rPr>
        <w:t xml:space="preserve"> Museum in Melrose in the Scottish Borders, and I am a Hispanic woman in my late 40s with long brown hair in braids, and I'm wearing a black shirt today, so I'm going to be talking a little bit about our journey from the renovation of the museum and throughout to the virtual reality experience focused the positive ou</w:t>
      </w:r>
      <w:r>
        <w:rPr>
          <w:rFonts w:ascii="Arial" w:hAnsi="Arial"/>
        </w:rPr>
        <w:t xml:space="preserve">tcomes we have had from that are challenges and learnings and also our approach to innovation in general as an </w:t>
      </w:r>
      <w:proofErr w:type="spellStart"/>
      <w:r>
        <w:rPr>
          <w:rFonts w:ascii="Arial" w:hAnsi="Arial"/>
        </w:rPr>
        <w:t>organisation</w:t>
      </w:r>
      <w:proofErr w:type="spellEnd"/>
      <w:r>
        <w:rPr>
          <w:rFonts w:ascii="Arial" w:hAnsi="Arial"/>
        </w:rPr>
        <w:t xml:space="preserve">. Firstly, what is </w:t>
      </w:r>
      <w:proofErr w:type="spellStart"/>
      <w:r>
        <w:rPr>
          <w:rFonts w:ascii="Arial" w:hAnsi="Arial"/>
        </w:rPr>
        <w:t>Trimontium</w:t>
      </w:r>
      <w:proofErr w:type="spellEnd"/>
      <w:r>
        <w:rPr>
          <w:rFonts w:ascii="Arial" w:hAnsi="Arial"/>
        </w:rPr>
        <w:t xml:space="preserve"> and who we are? </w:t>
      </w:r>
      <w:proofErr w:type="spellStart"/>
      <w:r>
        <w:rPr>
          <w:rFonts w:ascii="Arial" w:hAnsi="Arial"/>
        </w:rPr>
        <w:t>Trimontium</w:t>
      </w:r>
      <w:proofErr w:type="spellEnd"/>
      <w:r>
        <w:rPr>
          <w:rFonts w:ascii="Arial" w:hAnsi="Arial"/>
        </w:rPr>
        <w:t xml:space="preserve"> is a small charity, independent charity that runs as museum. We have been </w:t>
      </w:r>
      <w:proofErr w:type="gramStart"/>
      <w:r>
        <w:rPr>
          <w:rFonts w:ascii="Arial" w:hAnsi="Arial"/>
        </w:rPr>
        <w:t>call</w:t>
      </w:r>
      <w:proofErr w:type="gramEnd"/>
      <w:r>
        <w:rPr>
          <w:rFonts w:ascii="Arial" w:hAnsi="Arial"/>
        </w:rPr>
        <w:t xml:space="preserve"> ed a wee gem in the Scottish borders. We are a tiny but mighty museum. We have a museum, and we are basically powered by volunteers. That has been from the foundation of the museum of </w:t>
      </w:r>
      <w:proofErr w:type="gramStart"/>
      <w:r>
        <w:rPr>
          <w:rFonts w:ascii="Arial" w:hAnsi="Arial"/>
        </w:rPr>
        <w:t>the trust</w:t>
      </w:r>
      <w:proofErr w:type="gramEnd"/>
      <w:r>
        <w:rPr>
          <w:rFonts w:ascii="Arial" w:hAnsi="Arial"/>
        </w:rPr>
        <w:t xml:space="preserve"> in the late 80s, and what we do is we care for a Roman fort</w:t>
      </w:r>
      <w:r>
        <w:rPr>
          <w:rFonts w:ascii="Arial" w:hAnsi="Arial"/>
        </w:rPr>
        <w:t xml:space="preserve"> that is close by, which is </w:t>
      </w:r>
      <w:proofErr w:type="spellStart"/>
      <w:r>
        <w:rPr>
          <w:rFonts w:ascii="Arial" w:hAnsi="Arial"/>
        </w:rPr>
        <w:t>Trimontium</w:t>
      </w:r>
      <w:proofErr w:type="spellEnd"/>
      <w:r>
        <w:rPr>
          <w:rFonts w:ascii="Arial" w:hAnsi="Arial"/>
        </w:rPr>
        <w:t xml:space="preserve">. We explore the story of the Roman Iron Age in Scotland, and we're dedicated to </w:t>
      </w:r>
      <w:proofErr w:type="gramStart"/>
      <w:r>
        <w:rPr>
          <w:rFonts w:ascii="Arial" w:hAnsi="Arial"/>
        </w:rPr>
        <w:t>engage</w:t>
      </w:r>
      <w:proofErr w:type="gramEnd"/>
      <w:r>
        <w:rPr>
          <w:rFonts w:ascii="Arial" w:hAnsi="Arial"/>
        </w:rPr>
        <w:t xml:space="preserve"> people and to </w:t>
      </w:r>
      <w:proofErr w:type="gramStart"/>
      <w:r>
        <w:rPr>
          <w:rFonts w:ascii="Arial" w:hAnsi="Arial"/>
        </w:rPr>
        <w:t>educate</w:t>
      </w:r>
      <w:proofErr w:type="gramEnd"/>
      <w:r>
        <w:rPr>
          <w:rFonts w:ascii="Arial" w:hAnsi="Arial"/>
        </w:rPr>
        <w:t xml:space="preserve"> people about this important period of history. We are the only museum that is completely dedicated to the Romans in Scotland, and to raise awareness about the fort, but the Romans in Scotland in general, the interaction with the local peoples, and the legacy </w:t>
      </w:r>
      <w:proofErr w:type="gramStart"/>
      <w:r>
        <w:rPr>
          <w:rFonts w:ascii="Arial" w:hAnsi="Arial"/>
        </w:rPr>
        <w:t>they</w:t>
      </w:r>
      <w:proofErr w:type="gramEnd"/>
      <w:r>
        <w:rPr>
          <w:rFonts w:ascii="Arial" w:hAnsi="Arial"/>
        </w:rPr>
        <w:t xml:space="preserve"> left behind. And innovation has many </w:t>
      </w:r>
      <w:proofErr w:type="spellStart"/>
      <w:r>
        <w:rPr>
          <w:rFonts w:ascii="Arial" w:hAnsi="Arial"/>
        </w:rPr>
        <w:t>many</w:t>
      </w:r>
      <w:proofErr w:type="spellEnd"/>
      <w:r>
        <w:rPr>
          <w:rFonts w:ascii="Arial" w:hAnsi="Arial"/>
        </w:rPr>
        <w:t xml:space="preserve"> motors in </w:t>
      </w:r>
      <w:proofErr w:type="spellStart"/>
      <w:r>
        <w:rPr>
          <w:rFonts w:ascii="Arial" w:hAnsi="Arial"/>
        </w:rPr>
        <w:t>organisation</w:t>
      </w:r>
      <w:proofErr w:type="spellEnd"/>
      <w:r>
        <w:rPr>
          <w:rFonts w:ascii="Arial" w:hAnsi="Arial"/>
        </w:rPr>
        <w:t xml:space="preserve">, but one of the main motors is, as </w:t>
      </w:r>
      <w:r>
        <w:rPr>
          <w:rFonts w:ascii="Arial" w:hAnsi="Arial"/>
        </w:rPr>
        <w:t xml:space="preserve">you can see here, there is the fort site, </w:t>
      </w:r>
      <w:proofErr w:type="gramStart"/>
      <w:r>
        <w:rPr>
          <w:rFonts w:ascii="Arial" w:hAnsi="Arial"/>
        </w:rPr>
        <w:t>which it</w:t>
      </w:r>
      <w:proofErr w:type="gramEnd"/>
      <w:r>
        <w:rPr>
          <w:rFonts w:ascii="Arial" w:hAnsi="Arial"/>
        </w:rPr>
        <w:t xml:space="preserve"> looks beautiful from an aerial view, but there's no ruins. You can see the crop marks in that picture, but that's not apparent when you are by the fort, just walking by, and one of the main questions, or some of the main questions or comments that we have from our visitors when they come is, what is there to see at the fort site? Can we visit the fort site? Can we see the ruins? Why are there no ruins? Why are you not excavating? I couldn't find the site wh</w:t>
      </w:r>
      <w:r>
        <w:rPr>
          <w:rFonts w:ascii="Arial" w:hAnsi="Arial"/>
        </w:rPr>
        <w:t xml:space="preserve">en they pass just by it, or it's just a field. </w:t>
      </w:r>
      <w:proofErr w:type="gramStart"/>
      <w:r>
        <w:rPr>
          <w:rFonts w:ascii="Arial" w:hAnsi="Arial"/>
        </w:rPr>
        <w:t>So</w:t>
      </w:r>
      <w:proofErr w:type="gramEnd"/>
      <w:r>
        <w:rPr>
          <w:rFonts w:ascii="Arial" w:hAnsi="Arial"/>
        </w:rPr>
        <w:t xml:space="preserve"> what's </w:t>
      </w:r>
      <w:proofErr w:type="spellStart"/>
      <w:r>
        <w:rPr>
          <w:rFonts w:ascii="Arial" w:hAnsi="Arial"/>
        </w:rPr>
        <w:t>what's</w:t>
      </w:r>
      <w:proofErr w:type="spellEnd"/>
      <w:r>
        <w:rPr>
          <w:rFonts w:ascii="Arial" w:hAnsi="Arial"/>
        </w:rPr>
        <w:t xml:space="preserve"> all about with it? So that's one of the main powers of some of our innovation projects is not only to bring the past to life, as I think a lot of museums do, but to make the invisible visible, basically, which is what we can do with digital reconstruction with digital means, and that has been a part of the VR experience and part of the projects that we have for the future. But first, before that, where we're coming from. </w:t>
      </w:r>
      <w:proofErr w:type="gramStart"/>
      <w:r>
        <w:rPr>
          <w:rFonts w:ascii="Arial" w:hAnsi="Arial"/>
        </w:rPr>
        <w:t>So that</w:t>
      </w:r>
      <w:proofErr w:type="gramEnd"/>
      <w:r>
        <w:rPr>
          <w:rFonts w:ascii="Arial" w:hAnsi="Arial"/>
        </w:rPr>
        <w:t xml:space="preserve"> that trust was </w:t>
      </w:r>
      <w:r>
        <w:rPr>
          <w:rFonts w:ascii="Arial" w:hAnsi="Arial"/>
        </w:rPr>
        <w:t xml:space="preserve">formed in the late 80s, 1989, and that was to save the site from destruction for the construction of the Melrose Bypass. </w:t>
      </w:r>
      <w:proofErr w:type="gramStart"/>
      <w:r>
        <w:rPr>
          <w:rFonts w:ascii="Arial" w:hAnsi="Arial"/>
        </w:rPr>
        <w:t>So</w:t>
      </w:r>
      <w:proofErr w:type="gramEnd"/>
      <w:r>
        <w:rPr>
          <w:rFonts w:ascii="Arial" w:hAnsi="Arial"/>
        </w:rPr>
        <w:t xml:space="preserve"> the even though it was known as an archaeological site, the bypass was going to be built right through the fort site, and the local population, the local people, got in arms and defended the site, and they formed the trust as means to raise awareness of the importance of that site, to and they formed a museum when that happened. They saved the site. The bypass now </w:t>
      </w:r>
      <w:proofErr w:type="gramStart"/>
      <w:r>
        <w:rPr>
          <w:rFonts w:ascii="Arial" w:hAnsi="Arial"/>
        </w:rPr>
        <w:t>passes through the</w:t>
      </w:r>
      <w:proofErr w:type="gramEnd"/>
      <w:r>
        <w:rPr>
          <w:rFonts w:ascii="Arial" w:hAnsi="Arial"/>
        </w:rPr>
        <w:t xml:space="preserve"> th</w:t>
      </w:r>
      <w:r>
        <w:rPr>
          <w:rFonts w:ascii="Arial" w:hAnsi="Arial"/>
        </w:rPr>
        <w:t>rough the outside of the site, and the museum, when it first opened</w:t>
      </w:r>
      <w:proofErr w:type="gramStart"/>
      <w:r>
        <w:rPr>
          <w:rFonts w:ascii="Arial" w:hAnsi="Arial"/>
        </w:rPr>
        <w:t>, it was</w:t>
      </w:r>
      <w:proofErr w:type="gramEnd"/>
      <w:r>
        <w:rPr>
          <w:rFonts w:ascii="Arial" w:hAnsi="Arial"/>
        </w:rPr>
        <w:t xml:space="preserve"> looked like this, and it looked like this all the way until 2019. </w:t>
      </w:r>
      <w:proofErr w:type="gramStart"/>
      <w:r>
        <w:rPr>
          <w:rFonts w:ascii="Arial" w:hAnsi="Arial"/>
        </w:rPr>
        <w:t>So</w:t>
      </w:r>
      <w:proofErr w:type="gramEnd"/>
      <w:r>
        <w:rPr>
          <w:rFonts w:ascii="Arial" w:hAnsi="Arial"/>
        </w:rPr>
        <w:t xml:space="preserve"> for 30 years, it was completely run by volunteers. It was a </w:t>
      </w:r>
      <w:proofErr w:type="spellStart"/>
      <w:r>
        <w:rPr>
          <w:rFonts w:ascii="Arial" w:hAnsi="Arial"/>
        </w:rPr>
        <w:t>labour</w:t>
      </w:r>
      <w:proofErr w:type="spellEnd"/>
      <w:r>
        <w:rPr>
          <w:rFonts w:ascii="Arial" w:hAnsi="Arial"/>
        </w:rPr>
        <w:t xml:space="preserve"> of love, but by 2019, it was </w:t>
      </w:r>
      <w:proofErr w:type="gramStart"/>
      <w:r>
        <w:rPr>
          <w:rFonts w:ascii="Arial" w:hAnsi="Arial"/>
        </w:rPr>
        <w:t>looking</w:t>
      </w:r>
      <w:proofErr w:type="gramEnd"/>
      <w:r>
        <w:rPr>
          <w:rFonts w:ascii="Arial" w:hAnsi="Arial"/>
        </w:rPr>
        <w:t xml:space="preserve"> a little bit dated. There was a lot of blue tac. There </w:t>
      </w:r>
      <w:proofErr w:type="gramStart"/>
      <w:r>
        <w:rPr>
          <w:rFonts w:ascii="Arial" w:hAnsi="Arial"/>
        </w:rPr>
        <w:t>was</w:t>
      </w:r>
      <w:proofErr w:type="gramEnd"/>
      <w:r>
        <w:rPr>
          <w:rFonts w:ascii="Arial" w:hAnsi="Arial"/>
        </w:rPr>
        <w:t xml:space="preserve"> a lot of things that were not working. The cases were not proper cases, and a lot of the trustees got together to say, "Well, we have to either </w:t>
      </w:r>
      <w:r>
        <w:rPr>
          <w:rFonts w:ascii="Arial" w:hAnsi="Arial"/>
        </w:rPr>
        <w:lastRenderedPageBreak/>
        <w:t xml:space="preserve">die out </w:t>
      </w:r>
      <w:proofErr w:type="gramStart"/>
      <w:r>
        <w:rPr>
          <w:rFonts w:ascii="Arial" w:hAnsi="Arial"/>
        </w:rPr>
        <w:t>because of</w:t>
      </w:r>
      <w:proofErr w:type="gramEnd"/>
      <w:r>
        <w:rPr>
          <w:rFonts w:ascii="Arial" w:hAnsi="Arial"/>
        </w:rPr>
        <w:t xml:space="preserve"> all the visitors started to </w:t>
      </w:r>
      <w:proofErr w:type="gramStart"/>
      <w:r>
        <w:rPr>
          <w:rFonts w:ascii="Arial" w:hAnsi="Arial"/>
        </w:rPr>
        <w:t>dwindle, or</w:t>
      </w:r>
      <w:proofErr w:type="gramEnd"/>
      <w:r>
        <w:rPr>
          <w:rFonts w:ascii="Arial" w:hAnsi="Arial"/>
        </w:rPr>
        <w:t xml:space="preserve"> w</w:t>
      </w:r>
      <w:r>
        <w:rPr>
          <w:rFonts w:ascii="Arial" w:hAnsi="Arial"/>
        </w:rPr>
        <w:t xml:space="preserve">alk with the times and develop the museum in a new way". At this time, they were getting about 2000 visitors a year, and they were about to lose one of the stars from the Visitor Scotland scheme that was still happening at that time. And </w:t>
      </w:r>
      <w:proofErr w:type="gramStart"/>
      <w:r>
        <w:rPr>
          <w:rFonts w:ascii="Arial" w:hAnsi="Arial"/>
        </w:rPr>
        <w:t>so</w:t>
      </w:r>
      <w:proofErr w:type="gramEnd"/>
      <w:r>
        <w:rPr>
          <w:rFonts w:ascii="Arial" w:hAnsi="Arial"/>
        </w:rPr>
        <w:t xml:space="preserve"> they applied to lottery, and that was one of the big challenges because they applied with a very </w:t>
      </w:r>
      <w:proofErr w:type="spellStart"/>
      <w:r>
        <w:rPr>
          <w:rFonts w:ascii="Arial" w:hAnsi="Arial"/>
        </w:rPr>
        <w:t>very</w:t>
      </w:r>
      <w:proofErr w:type="spellEnd"/>
      <w:r>
        <w:rPr>
          <w:rFonts w:ascii="Arial" w:hAnsi="Arial"/>
        </w:rPr>
        <w:t xml:space="preserve"> big project, very big project that included the Halo building, but they got back or some problems with that. Anyways, they got</w:t>
      </w:r>
      <w:r>
        <w:rPr>
          <w:rFonts w:ascii="Arial" w:hAnsi="Arial"/>
        </w:rPr>
        <w:t xml:space="preserve"> </w:t>
      </w:r>
      <w:r>
        <w:rPr>
          <w:rFonts w:ascii="Arial" w:hAnsi="Arial"/>
        </w:rPr>
        <w:t xml:space="preserve">the funding. This is thanks to our funders through all our redevelopment and then the VR and the Halo building and many other smaller projects. They have been funded by these </w:t>
      </w:r>
      <w:proofErr w:type="spellStart"/>
      <w:r>
        <w:rPr>
          <w:rFonts w:ascii="Arial" w:hAnsi="Arial"/>
        </w:rPr>
        <w:t>organisations</w:t>
      </w:r>
      <w:proofErr w:type="spellEnd"/>
      <w:r>
        <w:rPr>
          <w:rFonts w:ascii="Arial" w:hAnsi="Arial"/>
        </w:rPr>
        <w:t xml:space="preserve"> and by others with smaller funds, and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museum was reopened in 2021, and this is how it looks like today after the redevelopment. </w:t>
      </w:r>
      <w:proofErr w:type="gramStart"/>
      <w:r>
        <w:rPr>
          <w:rFonts w:ascii="Arial" w:hAnsi="Arial"/>
        </w:rPr>
        <w:t>So</w:t>
      </w:r>
      <w:proofErr w:type="gramEnd"/>
      <w:r>
        <w:rPr>
          <w:rFonts w:ascii="Arial" w:hAnsi="Arial"/>
        </w:rPr>
        <w:t xml:space="preserve"> we have a beautiful modern museum with interactive screens, with films, with a cinema at the back, with a beautiful shop, and still motored mainly by volunteers. It was only in 2021 th</w:t>
      </w:r>
      <w:r>
        <w:rPr>
          <w:rFonts w:ascii="Arial" w:hAnsi="Arial"/>
        </w:rPr>
        <w:t xml:space="preserve">at they got their first staff member, and we are now a team of five staff, but it's only three full-time equivalent jobs. </w:t>
      </w:r>
      <w:proofErr w:type="gramStart"/>
      <w:r>
        <w:rPr>
          <w:rFonts w:ascii="Arial" w:hAnsi="Arial"/>
        </w:rPr>
        <w:t>So</w:t>
      </w:r>
      <w:proofErr w:type="gramEnd"/>
      <w:r>
        <w:rPr>
          <w:rFonts w:ascii="Arial" w:hAnsi="Arial"/>
        </w:rPr>
        <w:t xml:space="preserve"> it's two </w:t>
      </w:r>
      <w:proofErr w:type="gramStart"/>
      <w:r>
        <w:rPr>
          <w:rFonts w:ascii="Arial" w:hAnsi="Arial"/>
        </w:rPr>
        <w:t>part</w:t>
      </w:r>
      <w:proofErr w:type="gramEnd"/>
      <w:r>
        <w:rPr>
          <w:rFonts w:ascii="Arial" w:hAnsi="Arial"/>
        </w:rPr>
        <w:t xml:space="preserve">, two full times, and the other ones are </w:t>
      </w:r>
      <w:proofErr w:type="spellStart"/>
      <w:r>
        <w:rPr>
          <w:rFonts w:ascii="Arial" w:hAnsi="Arial"/>
        </w:rPr>
        <w:t>are</w:t>
      </w:r>
      <w:proofErr w:type="spellEnd"/>
      <w:r>
        <w:rPr>
          <w:rFonts w:ascii="Arial" w:hAnsi="Arial"/>
        </w:rPr>
        <w:t xml:space="preserve"> part time. And our footfall growth. That was this </w:t>
      </w:r>
      <w:proofErr w:type="gramStart"/>
      <w:r>
        <w:rPr>
          <w:rFonts w:ascii="Arial" w:hAnsi="Arial"/>
        </w:rPr>
        <w:t>this a</w:t>
      </w:r>
      <w:proofErr w:type="gramEnd"/>
      <w:r>
        <w:rPr>
          <w:rFonts w:ascii="Arial" w:hAnsi="Arial"/>
        </w:rPr>
        <w:t xml:space="preserve"> little bit different from a lot of </w:t>
      </w:r>
      <w:proofErr w:type="spellStart"/>
      <w:r>
        <w:rPr>
          <w:rFonts w:ascii="Arial" w:hAnsi="Arial"/>
        </w:rPr>
        <w:t>organisations</w:t>
      </w:r>
      <w:proofErr w:type="spellEnd"/>
      <w:r>
        <w:rPr>
          <w:rFonts w:ascii="Arial" w:hAnsi="Arial"/>
        </w:rPr>
        <w:t xml:space="preserve"> who before COVID had a lot of visitors, and then after COVID, that has been a little bit of a challenge. Before COVID, we had 2000 visitors, but then the renovations, because of the circumstances that happened, we have been</w:t>
      </w:r>
      <w:r>
        <w:rPr>
          <w:rFonts w:ascii="Arial" w:hAnsi="Arial"/>
        </w:rPr>
        <w:t xml:space="preserve"> growing our visitors ever since about 2000 visitors a year, and then Halo happened. That's how the </w:t>
      </w:r>
      <w:proofErr w:type="spellStart"/>
      <w:r>
        <w:rPr>
          <w:rFonts w:ascii="Arial" w:hAnsi="Arial"/>
        </w:rPr>
        <w:t>the</w:t>
      </w:r>
      <w:proofErr w:type="spellEnd"/>
      <w:r>
        <w:rPr>
          <w:rFonts w:ascii="Arial" w:hAnsi="Arial"/>
        </w:rPr>
        <w:t xml:space="preserve"> building looked like before. That's the museum there, </w:t>
      </w:r>
      <w:proofErr w:type="gramStart"/>
      <w:r>
        <w:rPr>
          <w:rFonts w:ascii="Arial" w:hAnsi="Arial"/>
        </w:rPr>
        <w:t>the</w:t>
      </w:r>
      <w:proofErr w:type="gramEnd"/>
      <w:r>
        <w:rPr>
          <w:rFonts w:ascii="Arial" w:hAnsi="Arial"/>
        </w:rPr>
        <w:t xml:space="preserve"> back of the museum, and that is 2022, the picture, when the renovation had already opened. The thing I was mentioning about Heritage Lottery Fund when they applied was the whole project with the Halo building, and they were rejected. Basically, we didn't get the funding back then. They were told by HLF to phase the project. We cannot </w:t>
      </w:r>
      <w:proofErr w:type="gramStart"/>
      <w:r>
        <w:rPr>
          <w:rFonts w:ascii="Arial" w:hAnsi="Arial"/>
        </w:rPr>
        <w:t>fund</w:t>
      </w:r>
      <w:proofErr w:type="gramEnd"/>
      <w:r>
        <w:rPr>
          <w:rFonts w:ascii="Arial" w:hAnsi="Arial"/>
        </w:rPr>
        <w:t xml:space="preserve"> all of th</w:t>
      </w:r>
      <w:r>
        <w:rPr>
          <w:rFonts w:ascii="Arial" w:hAnsi="Arial"/>
        </w:rPr>
        <w:t xml:space="preserve">is. It's too ambitious. It's too big. We don't know what you're going to be able to deliver. Cut the project in half. So first, they </w:t>
      </w:r>
      <w:proofErr w:type="gramStart"/>
      <w:r>
        <w:rPr>
          <w:rFonts w:ascii="Arial" w:hAnsi="Arial"/>
        </w:rPr>
        <w:t>funded</w:t>
      </w:r>
      <w:proofErr w:type="gramEnd"/>
      <w:r>
        <w:rPr>
          <w:rFonts w:ascii="Arial" w:hAnsi="Arial"/>
        </w:rPr>
        <w:t xml:space="preserve"> a museum. The trustees got together. They went back to the drawing board. They redid the plans, applied just for the museum, got that, delivered the museum, went back again to the funder, saying, "We got the museum. It's running. It's great, doing great. Now we want the Halo building. So that was the next phase, and then as is being built, the funding for this period wa</w:t>
      </w:r>
      <w:r>
        <w:rPr>
          <w:rFonts w:ascii="Arial" w:hAnsi="Arial"/>
        </w:rPr>
        <w:t xml:space="preserve">s 2023 to 2025. So just finished last year, as it was open with beautiful spaces. This was a lot cheaper than the original museum project for many reasons, but still a huge project. </w:t>
      </w:r>
      <w:proofErr w:type="gramStart"/>
      <w:r>
        <w:rPr>
          <w:rFonts w:ascii="Arial" w:hAnsi="Arial"/>
        </w:rPr>
        <w:t>So</w:t>
      </w:r>
      <w:proofErr w:type="gramEnd"/>
      <w:r>
        <w:rPr>
          <w:rFonts w:ascii="Arial" w:hAnsi="Arial"/>
        </w:rPr>
        <w:t xml:space="preserve"> the heritage environment, sorry, Heritage and Landscape Observatory opened in 2023. </w:t>
      </w:r>
      <w:proofErr w:type="gramStart"/>
      <w:r>
        <w:rPr>
          <w:rFonts w:ascii="Arial" w:hAnsi="Arial"/>
        </w:rPr>
        <w:t>The upstairs</w:t>
      </w:r>
      <w:proofErr w:type="gramEnd"/>
      <w:r>
        <w:rPr>
          <w:rFonts w:ascii="Arial" w:hAnsi="Arial"/>
        </w:rPr>
        <w:t xml:space="preserve"> </w:t>
      </w:r>
      <w:proofErr w:type="gramStart"/>
      <w:r>
        <w:rPr>
          <w:rFonts w:ascii="Arial" w:hAnsi="Arial"/>
        </w:rPr>
        <w:t>gives</w:t>
      </w:r>
      <w:proofErr w:type="gramEnd"/>
      <w:r>
        <w:rPr>
          <w:rFonts w:ascii="Arial" w:hAnsi="Arial"/>
        </w:rPr>
        <w:t xml:space="preserve"> us a library and workspace for volunteers and for staff. It also gives us a space to </w:t>
      </w:r>
      <w:proofErr w:type="gramStart"/>
      <w:r>
        <w:rPr>
          <w:rFonts w:ascii="Arial" w:hAnsi="Arial"/>
        </w:rPr>
        <w:t>do</w:t>
      </w:r>
      <w:proofErr w:type="gramEnd"/>
      <w:r>
        <w:rPr>
          <w:rFonts w:ascii="Arial" w:hAnsi="Arial"/>
        </w:rPr>
        <w:t xml:space="preserve"> like knitting and crafting sessions with volunteers and communities. That downstairs part is an open space, and it gives us a beautiful </w:t>
      </w:r>
      <w:r>
        <w:rPr>
          <w:rFonts w:ascii="Arial" w:hAnsi="Arial"/>
        </w:rPr>
        <w:t xml:space="preserve">big space for groups, for school groups, for activities, for workshops, for archaeology, for </w:t>
      </w:r>
      <w:proofErr w:type="gramStart"/>
      <w:r>
        <w:rPr>
          <w:rFonts w:ascii="Arial" w:hAnsi="Arial"/>
        </w:rPr>
        <w:t>find</w:t>
      </w:r>
      <w:proofErr w:type="gramEnd"/>
      <w:r>
        <w:rPr>
          <w:rFonts w:ascii="Arial" w:hAnsi="Arial"/>
        </w:rPr>
        <w:t xml:space="preserve"> sessions, we run. We're able to run our hybrid talks there as well, which seats about 30 people in there, and we it </w:t>
      </w:r>
      <w:proofErr w:type="gramStart"/>
      <w:r>
        <w:rPr>
          <w:rFonts w:ascii="Arial" w:hAnsi="Arial"/>
        </w:rPr>
        <w:t>also doubles</w:t>
      </w:r>
      <w:proofErr w:type="gramEnd"/>
      <w:r>
        <w:rPr>
          <w:rFonts w:ascii="Arial" w:hAnsi="Arial"/>
        </w:rPr>
        <w:t xml:space="preserve"> up as an </w:t>
      </w:r>
      <w:proofErr w:type="gramStart"/>
      <w:r>
        <w:rPr>
          <w:rFonts w:ascii="Arial" w:hAnsi="Arial"/>
        </w:rPr>
        <w:t>events</w:t>
      </w:r>
      <w:proofErr w:type="gramEnd"/>
      <w:r>
        <w:rPr>
          <w:rFonts w:ascii="Arial" w:hAnsi="Arial"/>
        </w:rPr>
        <w:t xml:space="preserve"> and galleries space. </w:t>
      </w:r>
      <w:proofErr w:type="gramStart"/>
      <w:r>
        <w:rPr>
          <w:rFonts w:ascii="Arial" w:hAnsi="Arial"/>
        </w:rPr>
        <w:t>So</w:t>
      </w:r>
      <w:proofErr w:type="gramEnd"/>
      <w:r>
        <w:rPr>
          <w:rFonts w:ascii="Arial" w:hAnsi="Arial"/>
        </w:rPr>
        <w:t xml:space="preserve"> it's basically a multi-use space that we use depending on what is needed at the time, and with that at the back of that of that big open space, if you see in the picture, the very back there's a little a little room there that can just be barely</w:t>
      </w:r>
      <w:r>
        <w:rPr>
          <w:rFonts w:ascii="Arial" w:hAnsi="Arial"/>
        </w:rPr>
        <w:t xml:space="preserve"> seen. That is the virtual reality experience room. Now the virtual reality was also from the plans from the beginning. There was the idea from 2019 that they wanted something virtual reality-</w:t>
      </w:r>
      <w:proofErr w:type="spellStart"/>
      <w:r>
        <w:rPr>
          <w:rFonts w:ascii="Arial" w:hAnsi="Arial"/>
        </w:rPr>
        <w:t>ish</w:t>
      </w:r>
      <w:proofErr w:type="spellEnd"/>
      <w:r>
        <w:rPr>
          <w:rFonts w:ascii="Arial" w:hAnsi="Arial"/>
        </w:rPr>
        <w:t xml:space="preserve">, but at that time, I mean, </w:t>
      </w:r>
      <w:proofErr w:type="gramStart"/>
      <w:r>
        <w:rPr>
          <w:rFonts w:ascii="Arial" w:hAnsi="Arial"/>
        </w:rPr>
        <w:t>the technology</w:t>
      </w:r>
      <w:proofErr w:type="gramEnd"/>
      <w:r>
        <w:rPr>
          <w:rFonts w:ascii="Arial" w:hAnsi="Arial"/>
        </w:rPr>
        <w:t xml:space="preserve"> advanced so much from 2019 to 2024. Originally, this was conceived as a heritage and landscape observatory more towards researchers, more towards archaeology, was much more niche, and as we were reviewing and planning and lots and lots and lots of meetings, it was decided t</w:t>
      </w:r>
      <w:r>
        <w:rPr>
          <w:rFonts w:ascii="Arial" w:hAnsi="Arial"/>
        </w:rPr>
        <w:t xml:space="preserve">o first build something that was visitor friendly, and the virtual reality experience is what we came up with. Our footfall continued to grow and grow with that. Again, about 2000 a year, and those numbers include outreach. So, without outreach, it will be about 12,000 for last year, and they continue to grow today. This is how the </w:t>
      </w:r>
      <w:proofErr w:type="spellStart"/>
      <w:r>
        <w:rPr>
          <w:rFonts w:ascii="Arial" w:hAnsi="Arial"/>
        </w:rPr>
        <w:t>the</w:t>
      </w:r>
      <w:proofErr w:type="spellEnd"/>
      <w:r>
        <w:rPr>
          <w:rFonts w:ascii="Arial" w:hAnsi="Arial"/>
        </w:rPr>
        <w:t xml:space="preserve"> virtual reality room looks like when people are enjoying it, including dogs. We </w:t>
      </w:r>
      <w:r>
        <w:rPr>
          <w:rFonts w:ascii="Arial" w:hAnsi="Arial"/>
        </w:rPr>
        <w:lastRenderedPageBreak/>
        <w:t xml:space="preserve">accept very </w:t>
      </w:r>
      <w:proofErr w:type="spellStart"/>
      <w:r>
        <w:rPr>
          <w:rFonts w:ascii="Arial" w:hAnsi="Arial"/>
        </w:rPr>
        <w:t>very</w:t>
      </w:r>
      <w:proofErr w:type="spellEnd"/>
      <w:r>
        <w:rPr>
          <w:rFonts w:ascii="Arial" w:hAnsi="Arial"/>
        </w:rPr>
        <w:t xml:space="preserve"> </w:t>
      </w:r>
      <w:proofErr w:type="gramStart"/>
      <w:r>
        <w:rPr>
          <w:rFonts w:ascii="Arial" w:hAnsi="Arial"/>
        </w:rPr>
        <w:t>well educated</w:t>
      </w:r>
      <w:proofErr w:type="gramEnd"/>
      <w:r>
        <w:rPr>
          <w:rFonts w:ascii="Arial" w:hAnsi="Arial"/>
        </w:rPr>
        <w:t xml:space="preserve"> dogs to the to the museum, but it has always been a thing of b</w:t>
      </w:r>
      <w:r>
        <w:rPr>
          <w:rFonts w:ascii="Arial" w:hAnsi="Arial"/>
        </w:rPr>
        <w:t xml:space="preserve">alancing tech and personal touch. That's very important for </w:t>
      </w:r>
      <w:proofErr w:type="gramStart"/>
      <w:r>
        <w:rPr>
          <w:rFonts w:ascii="Arial" w:hAnsi="Arial"/>
        </w:rPr>
        <w:t>the trust</w:t>
      </w:r>
      <w:proofErr w:type="gramEnd"/>
      <w:r>
        <w:rPr>
          <w:rFonts w:ascii="Arial" w:hAnsi="Arial"/>
        </w:rPr>
        <w:t xml:space="preserve">. From the development of the museum, we have professional image films, interactive screens. We then develop a side app, and it all will also be... All of this has been informed by drone footage by our chairman, who is a very avid drone pilot, and the VR experience came as almost as a natural next step to </w:t>
      </w:r>
      <w:proofErr w:type="gramStart"/>
      <w:r>
        <w:rPr>
          <w:rFonts w:ascii="Arial" w:hAnsi="Arial"/>
        </w:rPr>
        <w:t>all of</w:t>
      </w:r>
      <w:proofErr w:type="gramEnd"/>
      <w:r>
        <w:rPr>
          <w:rFonts w:ascii="Arial" w:hAnsi="Arial"/>
        </w:rPr>
        <w:t xml:space="preserve"> this that was already part of the museum. But that personal touch is very central, very important for us. If you see our reviews </w:t>
      </w:r>
      <w:r>
        <w:rPr>
          <w:rFonts w:ascii="Arial" w:hAnsi="Arial"/>
        </w:rPr>
        <w:t>on Trustpilot, sorry, TripAdvisor, Google, Facebook-they always praise our volunteers and that for their knowledge, their enthusiasm, the warmth, the friendliness-that is high up there. And we didn't want to lose that. There was a little bit of fear that that was going to be lost, but we didn't lose that. The virtual reality is not something that people just go in and go out, go in and go out without anything else. There's a virtual reality guide who brings you into the room, gives a nice warm welcome and i</w:t>
      </w:r>
      <w:r>
        <w:rPr>
          <w:rFonts w:ascii="Arial" w:hAnsi="Arial"/>
        </w:rPr>
        <w:t xml:space="preserve">ntroduction. There's a closing afterwards. Then people can interact with that guide with questions, and they can try on Roman </w:t>
      </w:r>
      <w:proofErr w:type="spellStart"/>
      <w:r>
        <w:rPr>
          <w:rFonts w:ascii="Arial" w:hAnsi="Arial"/>
        </w:rPr>
        <w:t>armour</w:t>
      </w:r>
      <w:proofErr w:type="spellEnd"/>
      <w:r>
        <w:rPr>
          <w:rFonts w:ascii="Arial" w:hAnsi="Arial"/>
        </w:rPr>
        <w:t xml:space="preserve"> and some replicas, etc. </w:t>
      </w:r>
      <w:proofErr w:type="gramStart"/>
      <w:r>
        <w:rPr>
          <w:rFonts w:ascii="Arial" w:hAnsi="Arial"/>
        </w:rPr>
        <w:t>So</w:t>
      </w:r>
      <w:proofErr w:type="gramEnd"/>
      <w:r>
        <w:rPr>
          <w:rFonts w:ascii="Arial" w:hAnsi="Arial"/>
        </w:rPr>
        <w:t xml:space="preserve"> we kept that, and that has really worked for us as an enrichment of the experience. As a museum, it's very important for us to, as we are independent charity, to make money so we can support ourselves and be sustainable, which is what we charge for museum walks, talks. We have workshops that we charge for. We have a beautiful shop, and now the experi</w:t>
      </w:r>
      <w:r>
        <w:rPr>
          <w:rFonts w:ascii="Arial" w:hAnsi="Arial"/>
        </w:rPr>
        <w:t xml:space="preserve">ences. And the other side is giving back to the community and engaging and making it accessible to everybody. </w:t>
      </w:r>
      <w:proofErr w:type="gramStart"/>
      <w:r>
        <w:rPr>
          <w:rFonts w:ascii="Arial" w:hAnsi="Arial"/>
        </w:rPr>
        <w:t>So</w:t>
      </w:r>
      <w:proofErr w:type="gramEnd"/>
      <w:r>
        <w:rPr>
          <w:rFonts w:ascii="Arial" w:hAnsi="Arial"/>
        </w:rPr>
        <w:t xml:space="preserve"> we have </w:t>
      </w:r>
      <w:proofErr w:type="gramStart"/>
      <w:r>
        <w:rPr>
          <w:rFonts w:ascii="Arial" w:hAnsi="Arial"/>
        </w:rPr>
        <w:t>the archaeology</w:t>
      </w:r>
      <w:proofErr w:type="gramEnd"/>
      <w:r>
        <w:rPr>
          <w:rFonts w:ascii="Arial" w:hAnsi="Arial"/>
        </w:rPr>
        <w:t xml:space="preserve"> </w:t>
      </w:r>
      <w:proofErr w:type="spellStart"/>
      <w:r>
        <w:rPr>
          <w:rFonts w:ascii="Arial" w:hAnsi="Arial"/>
        </w:rPr>
        <w:t>programmes</w:t>
      </w:r>
      <w:proofErr w:type="spellEnd"/>
      <w:r>
        <w:rPr>
          <w:rFonts w:ascii="Arial" w:hAnsi="Arial"/>
        </w:rPr>
        <w:t xml:space="preserve">, community archaeology, community events. Some of the events are charged, but many of them are free, and </w:t>
      </w:r>
      <w:proofErr w:type="gramStart"/>
      <w:r>
        <w:rPr>
          <w:rFonts w:ascii="Arial" w:hAnsi="Arial"/>
        </w:rPr>
        <w:t>a lot</w:t>
      </w:r>
      <w:proofErr w:type="gramEnd"/>
      <w:r>
        <w:rPr>
          <w:rFonts w:ascii="Arial" w:hAnsi="Arial"/>
        </w:rPr>
        <w:t xml:space="preserve"> of </w:t>
      </w:r>
      <w:proofErr w:type="gramStart"/>
      <w:r>
        <w:rPr>
          <w:rFonts w:ascii="Arial" w:hAnsi="Arial"/>
        </w:rPr>
        <w:t>outreach</w:t>
      </w:r>
      <w:proofErr w:type="gramEnd"/>
      <w:r>
        <w:rPr>
          <w:rFonts w:ascii="Arial" w:hAnsi="Arial"/>
        </w:rPr>
        <w:t xml:space="preserve"> that we do. We were happily and we are very proud to have received a couple of Thistle awards, and we're very proud from our national </w:t>
      </w:r>
      <w:proofErr w:type="spellStart"/>
      <w:r>
        <w:rPr>
          <w:rFonts w:ascii="Arial" w:hAnsi="Arial"/>
        </w:rPr>
        <w:t>national</w:t>
      </w:r>
      <w:proofErr w:type="spellEnd"/>
      <w:r>
        <w:rPr>
          <w:rFonts w:ascii="Arial" w:hAnsi="Arial"/>
        </w:rPr>
        <w:t xml:space="preserve"> win on inclusive tourism in 2024, which also involved... was because of our volunteer </w:t>
      </w:r>
      <w:proofErr w:type="spellStart"/>
      <w:r>
        <w:rPr>
          <w:rFonts w:ascii="Arial" w:hAnsi="Arial"/>
        </w:rPr>
        <w:t>programme</w:t>
      </w:r>
      <w:proofErr w:type="spellEnd"/>
      <w:r>
        <w:rPr>
          <w:rFonts w:ascii="Arial" w:hAnsi="Arial"/>
        </w:rPr>
        <w:t>, b</w:t>
      </w:r>
      <w:r>
        <w:rPr>
          <w:rFonts w:ascii="Arial" w:hAnsi="Arial"/>
        </w:rPr>
        <w:t xml:space="preserve">ut also the Digital Romance Project, and 2025 the Innovation In Tourism National Award, which was basically for the VR experience, but also for our plans for the future and that innovative approach that we have in the museum as a whole. Has this had any financial impact at all? Well, yes, it has. From 2022 and before, before the Halo building and all the programming that we have around that opened to 2025 last year, we had a 92.5% increase in revenue, which is great for us. And I'm also giving a little bit </w:t>
      </w:r>
      <w:r>
        <w:rPr>
          <w:rFonts w:ascii="Arial" w:hAnsi="Arial"/>
        </w:rPr>
        <w:t xml:space="preserve">of the breakdown of prices, how it has they have developed over time. In 1989 to 2019, we charge two pounds over those 30 years. It was never raised the price, and as I hear, there was almost a revolution in the trustees when somebody suggested </w:t>
      </w:r>
      <w:proofErr w:type="gramStart"/>
      <w:r>
        <w:rPr>
          <w:rFonts w:ascii="Arial" w:hAnsi="Arial"/>
        </w:rPr>
        <w:t>to charge</w:t>
      </w:r>
      <w:proofErr w:type="gramEnd"/>
      <w:r>
        <w:rPr>
          <w:rFonts w:ascii="Arial" w:hAnsi="Arial"/>
        </w:rPr>
        <w:t xml:space="preserve"> £2.50, and it didn't happen. But when we redeveloped and reopened 2021, we started charging £6, and then £7 in 2023, £8 in 2025, 2024. That's an adult ticket. Of course, we have children's tickets and concessions and family tickets. We introduce an annual t</w:t>
      </w:r>
      <w:r>
        <w:rPr>
          <w:rFonts w:ascii="Arial" w:hAnsi="Arial"/>
        </w:rPr>
        <w:t xml:space="preserve">icket in 2024, and that's not separate from those ticket prices. Every ticket is now an annual ticket, and that gives us also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w:t>
      </w:r>
      <w:proofErr w:type="gramStart"/>
      <w:r>
        <w:rPr>
          <w:rFonts w:ascii="Arial" w:hAnsi="Arial"/>
        </w:rPr>
        <w:t>ability to</w:t>
      </w:r>
      <w:proofErr w:type="gram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to</w:t>
      </w:r>
      <w:proofErr w:type="spellEnd"/>
      <w:r>
        <w:rPr>
          <w:rFonts w:ascii="Arial" w:hAnsi="Arial"/>
        </w:rPr>
        <w:t xml:space="preserve"> claim gift aid, which has been revolutionary again for our </w:t>
      </w:r>
      <w:proofErr w:type="spellStart"/>
      <w:r>
        <w:rPr>
          <w:rFonts w:ascii="Arial" w:hAnsi="Arial"/>
        </w:rPr>
        <w:t>organisation</w:t>
      </w:r>
      <w:proofErr w:type="spellEnd"/>
      <w:r>
        <w:rPr>
          <w:rFonts w:ascii="Arial" w:hAnsi="Arial"/>
        </w:rPr>
        <w:t>, and then the VR experience opened, and we charged £17 for an adult ticket. Again, other prices for concessions, children, etc. which means an 112.5% increase on the ticket, original ticket, which makes a whole of a difference, especially well, we saw that last year, but we're seeing it m</w:t>
      </w:r>
      <w:r>
        <w:rPr>
          <w:rFonts w:ascii="Arial" w:hAnsi="Arial"/>
        </w:rPr>
        <w:t xml:space="preserve">ore now. We have more visitors now coming than and trying the VR experience, more </w:t>
      </w:r>
      <w:proofErr w:type="spellStart"/>
      <w:r>
        <w:rPr>
          <w:rFonts w:ascii="Arial" w:hAnsi="Arial"/>
        </w:rPr>
        <w:t>more</w:t>
      </w:r>
      <w:proofErr w:type="spellEnd"/>
      <w:r>
        <w:rPr>
          <w:rFonts w:ascii="Arial" w:hAnsi="Arial"/>
        </w:rPr>
        <w:t xml:space="preserve"> uptake of it than last year. We also measure success by doing surveys. We do visitor surveys every year, and last year we did a virtual reality visitor survey, and </w:t>
      </w:r>
      <w:proofErr w:type="gramStart"/>
      <w:r>
        <w:rPr>
          <w:rFonts w:ascii="Arial" w:hAnsi="Arial"/>
        </w:rPr>
        <w:t>this is</w:t>
      </w:r>
      <w:proofErr w:type="gramEnd"/>
      <w:r>
        <w:rPr>
          <w:rFonts w:ascii="Arial" w:hAnsi="Arial"/>
        </w:rPr>
        <w:t xml:space="preserve"> some of their findings. The overall satisfaction from the visitors </w:t>
      </w:r>
      <w:proofErr w:type="gramStart"/>
      <w:r>
        <w:rPr>
          <w:rFonts w:ascii="Arial" w:hAnsi="Arial"/>
        </w:rPr>
        <w:t>to</w:t>
      </w:r>
      <w:proofErr w:type="gramEnd"/>
      <w:r>
        <w:rPr>
          <w:rFonts w:ascii="Arial" w:hAnsi="Arial"/>
        </w:rPr>
        <w:t xml:space="preserve"> the VR was excellent </w:t>
      </w:r>
      <w:proofErr w:type="spellStart"/>
      <w:proofErr w:type="gramStart"/>
      <w:r>
        <w:rPr>
          <w:rFonts w:ascii="Arial" w:hAnsi="Arial"/>
        </w:rPr>
        <w:t>to</w:t>
      </w:r>
      <w:proofErr w:type="spellEnd"/>
      <w:proofErr w:type="gramEnd"/>
      <w:r>
        <w:rPr>
          <w:rFonts w:ascii="Arial" w:hAnsi="Arial"/>
        </w:rPr>
        <w:t xml:space="preserve"> good in </w:t>
      </w:r>
      <w:proofErr w:type="gramStart"/>
      <w:r>
        <w:rPr>
          <w:rFonts w:ascii="Arial" w:hAnsi="Arial"/>
        </w:rPr>
        <w:t>the majority of</w:t>
      </w:r>
      <w:proofErr w:type="gramEnd"/>
      <w:r>
        <w:rPr>
          <w:rFonts w:ascii="Arial" w:hAnsi="Arial"/>
        </w:rPr>
        <w:t xml:space="preserve"> them. The other 3% </w:t>
      </w:r>
      <w:proofErr w:type="gramStart"/>
      <w:r>
        <w:rPr>
          <w:rFonts w:ascii="Arial" w:hAnsi="Arial"/>
        </w:rPr>
        <w:t>was</w:t>
      </w:r>
      <w:proofErr w:type="gramEnd"/>
      <w:r>
        <w:rPr>
          <w:rFonts w:ascii="Arial" w:hAnsi="Arial"/>
        </w:rPr>
        <w:t xml:space="preserve"> okay, so </w:t>
      </w:r>
      <w:proofErr w:type="gramStart"/>
      <w:r>
        <w:rPr>
          <w:rFonts w:ascii="Arial" w:hAnsi="Arial"/>
        </w:rPr>
        <w:t>no</w:t>
      </w:r>
      <w:proofErr w:type="gramEnd"/>
      <w:r>
        <w:rPr>
          <w:rFonts w:ascii="Arial" w:hAnsi="Arial"/>
        </w:rPr>
        <w:t xml:space="preserve"> bad experiences there. The VR drove the decision to visit the museum </w:t>
      </w:r>
      <w:proofErr w:type="gramStart"/>
      <w:r>
        <w:rPr>
          <w:rFonts w:ascii="Arial" w:hAnsi="Arial"/>
        </w:rPr>
        <w:t>on</w:t>
      </w:r>
      <w:proofErr w:type="gramEnd"/>
      <w:r>
        <w:rPr>
          <w:rFonts w:ascii="Arial" w:hAnsi="Arial"/>
        </w:rPr>
        <w:t xml:space="preserve"> a very </w:t>
      </w:r>
      <w:proofErr w:type="spellStart"/>
      <w:r>
        <w:rPr>
          <w:rFonts w:ascii="Arial" w:hAnsi="Arial"/>
        </w:rPr>
        <w:t>very</w:t>
      </w:r>
      <w:proofErr w:type="spellEnd"/>
      <w:r>
        <w:rPr>
          <w:rFonts w:ascii="Arial" w:hAnsi="Arial"/>
        </w:rPr>
        <w:t xml:space="preserve"> big degree. 72%</w:t>
      </w:r>
      <w:r>
        <w:rPr>
          <w:rFonts w:ascii="Arial" w:hAnsi="Arial"/>
        </w:rPr>
        <w:t xml:space="preserve"> </w:t>
      </w:r>
      <w:proofErr w:type="gramStart"/>
      <w:r>
        <w:rPr>
          <w:rFonts w:ascii="Arial" w:hAnsi="Arial"/>
        </w:rPr>
        <w:t>people</w:t>
      </w:r>
      <w:proofErr w:type="gramEnd"/>
      <w:r>
        <w:rPr>
          <w:rFonts w:ascii="Arial" w:hAnsi="Arial"/>
        </w:rPr>
        <w:t xml:space="preserve"> said they the VR had influenced the decision to visit a museum, and then their highlights were the </w:t>
      </w:r>
      <w:proofErr w:type="spellStart"/>
      <w:r>
        <w:rPr>
          <w:rFonts w:ascii="Arial" w:hAnsi="Arial"/>
        </w:rPr>
        <w:t>immersiveness</w:t>
      </w:r>
      <w:proofErr w:type="spellEnd"/>
      <w:r>
        <w:rPr>
          <w:rFonts w:ascii="Arial" w:hAnsi="Arial"/>
        </w:rPr>
        <w:t xml:space="preserve"> of the experience, the narration itself, the storytelling, the quality of films and graphics. But the interaction with the VR guide, with the staff and volunteers that </w:t>
      </w:r>
      <w:proofErr w:type="gramStart"/>
      <w:r>
        <w:rPr>
          <w:rFonts w:ascii="Arial" w:hAnsi="Arial"/>
        </w:rPr>
        <w:lastRenderedPageBreak/>
        <w:t>guide</w:t>
      </w:r>
      <w:proofErr w:type="gramEnd"/>
      <w:r>
        <w:rPr>
          <w:rFonts w:ascii="Arial" w:hAnsi="Arial"/>
        </w:rPr>
        <w:t xml:space="preserve"> the experience, was very high rated as well, and a very big percentage also said that the experience improved their interpretation and their understanding overall. </w:t>
      </w:r>
      <w:proofErr w:type="gramStart"/>
      <w:r>
        <w:rPr>
          <w:rFonts w:ascii="Arial" w:hAnsi="Arial"/>
        </w:rPr>
        <w:t>On</w:t>
      </w:r>
      <w:proofErr w:type="gramEnd"/>
      <w:r>
        <w:rPr>
          <w:rFonts w:ascii="Arial" w:hAnsi="Arial"/>
        </w:rPr>
        <w:t xml:space="preserve"> our general visitor survey, and this we have been d</w:t>
      </w:r>
      <w:r>
        <w:rPr>
          <w:rFonts w:ascii="Arial" w:hAnsi="Arial"/>
        </w:rPr>
        <w:t xml:space="preserve">oing from the beginning, we have seen how the museum has been boosting the colloquial economy. As when we first started doing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survey, not a lot of people came to Melrose for </w:t>
      </w:r>
      <w:proofErr w:type="spellStart"/>
      <w:r>
        <w:rPr>
          <w:rFonts w:ascii="Arial" w:hAnsi="Arial"/>
        </w:rPr>
        <w:t>Trimontium</w:t>
      </w:r>
      <w:proofErr w:type="spellEnd"/>
      <w:r>
        <w:rPr>
          <w:rFonts w:ascii="Arial" w:hAnsi="Arial"/>
        </w:rPr>
        <w:t xml:space="preserve">. They came to </w:t>
      </w:r>
      <w:proofErr w:type="spellStart"/>
      <w:r>
        <w:rPr>
          <w:rFonts w:ascii="Arial" w:hAnsi="Arial"/>
        </w:rPr>
        <w:t>Trimontium</w:t>
      </w:r>
      <w:proofErr w:type="spellEnd"/>
      <w:r>
        <w:rPr>
          <w:rFonts w:ascii="Arial" w:hAnsi="Arial"/>
        </w:rPr>
        <w:t xml:space="preserve"> because they were already in Melrose, and then they found </w:t>
      </w:r>
      <w:proofErr w:type="spellStart"/>
      <w:r>
        <w:rPr>
          <w:rFonts w:ascii="Arial" w:hAnsi="Arial"/>
        </w:rPr>
        <w:t>Trimontium</w:t>
      </w:r>
      <w:proofErr w:type="spellEnd"/>
      <w:r>
        <w:rPr>
          <w:rFonts w:ascii="Arial" w:hAnsi="Arial"/>
        </w:rPr>
        <w:t xml:space="preserve">. But now we're seeing </w:t>
      </w:r>
      <w:proofErr w:type="gramStart"/>
      <w:r>
        <w:rPr>
          <w:rFonts w:ascii="Arial" w:hAnsi="Arial"/>
        </w:rPr>
        <w:t>more and more</w:t>
      </w:r>
      <w:proofErr w:type="gramEnd"/>
      <w:r>
        <w:rPr>
          <w:rFonts w:ascii="Arial" w:hAnsi="Arial"/>
        </w:rPr>
        <w:t xml:space="preserve"> </w:t>
      </w:r>
      <w:proofErr w:type="gramStart"/>
      <w:r>
        <w:rPr>
          <w:rFonts w:ascii="Arial" w:hAnsi="Arial"/>
        </w:rPr>
        <w:t>people are</w:t>
      </w:r>
      <w:proofErr w:type="gramEnd"/>
      <w:r>
        <w:rPr>
          <w:rFonts w:ascii="Arial" w:hAnsi="Arial"/>
        </w:rPr>
        <w:t xml:space="preserve"> coming to Melrose because of </w:t>
      </w:r>
      <w:proofErr w:type="spellStart"/>
      <w:r>
        <w:rPr>
          <w:rFonts w:ascii="Arial" w:hAnsi="Arial"/>
        </w:rPr>
        <w:t>Trimontium</w:t>
      </w:r>
      <w:proofErr w:type="spellEnd"/>
      <w:r>
        <w:rPr>
          <w:rFonts w:ascii="Arial" w:hAnsi="Arial"/>
        </w:rPr>
        <w:t xml:space="preserve">, and that is very good news for us, but also very good news for the whole </w:t>
      </w:r>
      <w:proofErr w:type="gramStart"/>
      <w:r>
        <w:rPr>
          <w:rFonts w:ascii="Arial" w:hAnsi="Arial"/>
        </w:rPr>
        <w:t>town as a whole</w:t>
      </w:r>
      <w:proofErr w:type="gramEnd"/>
      <w:r>
        <w:rPr>
          <w:rFonts w:ascii="Arial" w:hAnsi="Arial"/>
        </w:rPr>
        <w:t xml:space="preserve">. We also measure through skills development, so </w:t>
      </w:r>
      <w:r>
        <w:rPr>
          <w:rFonts w:ascii="Arial" w:hAnsi="Arial"/>
        </w:rPr>
        <w:t xml:space="preserve">the skills development on digital interpretation, on digital making, delivery, on volunteers and in ourselves as staff. The confidence of the </w:t>
      </w:r>
      <w:proofErr w:type="spellStart"/>
      <w:r>
        <w:rPr>
          <w:rFonts w:ascii="Arial" w:hAnsi="Arial"/>
        </w:rPr>
        <w:t>organisation</w:t>
      </w:r>
      <w:proofErr w:type="spellEnd"/>
      <w:r>
        <w:rPr>
          <w:rFonts w:ascii="Arial" w:hAnsi="Arial"/>
        </w:rPr>
        <w:t xml:space="preserve"> has grown, of course, over all this time that we've been delivering these projects. The leadership of the </w:t>
      </w:r>
      <w:proofErr w:type="spellStart"/>
      <w:r>
        <w:rPr>
          <w:rFonts w:ascii="Arial" w:hAnsi="Arial"/>
        </w:rPr>
        <w:t>organisation</w:t>
      </w:r>
      <w:proofErr w:type="spellEnd"/>
      <w:r>
        <w:rPr>
          <w:rFonts w:ascii="Arial" w:hAnsi="Arial"/>
        </w:rPr>
        <w:t xml:space="preserve"> has grown, and of course, our sustainability as our income grows and becomes more secure. As for project management</w:t>
      </w:r>
      <w:proofErr w:type="gramStart"/>
      <w:r>
        <w:rPr>
          <w:rFonts w:ascii="Arial" w:hAnsi="Arial"/>
        </w:rPr>
        <w:t>, for the</w:t>
      </w:r>
      <w:proofErr w:type="gramEnd"/>
      <w:r>
        <w:rPr>
          <w:rFonts w:ascii="Arial" w:hAnsi="Arial"/>
        </w:rPr>
        <w:t xml:space="preserve"> for the VR itself, we had the Halo manager and the Hero, which is the Heritage Environment Resources Officer. </w:t>
      </w:r>
      <w:proofErr w:type="gramStart"/>
      <w:r>
        <w:rPr>
          <w:rFonts w:ascii="Arial" w:hAnsi="Arial"/>
        </w:rPr>
        <w:t>Tho</w:t>
      </w:r>
      <w:r>
        <w:rPr>
          <w:rFonts w:ascii="Arial" w:hAnsi="Arial"/>
        </w:rPr>
        <w:t>se both</w:t>
      </w:r>
      <w:proofErr w:type="gramEnd"/>
      <w:r>
        <w:rPr>
          <w:rFonts w:ascii="Arial" w:hAnsi="Arial"/>
        </w:rPr>
        <w:t xml:space="preserve"> were funded by lottery, and then part-time Interpretation Assistants, part-time Marketing Assistance were funded by the Shared Prosperity Fund, and our Volunteer and Visitor Experience Manager is a permanent post funded by the museum itself. They all were involved in the </w:t>
      </w:r>
      <w:proofErr w:type="gramStart"/>
      <w:r>
        <w:rPr>
          <w:rFonts w:ascii="Arial" w:hAnsi="Arial"/>
        </w:rPr>
        <w:t>making of the</w:t>
      </w:r>
      <w:proofErr w:type="gramEnd"/>
      <w:r>
        <w:rPr>
          <w:rFonts w:ascii="Arial" w:hAnsi="Arial"/>
        </w:rPr>
        <w:t xml:space="preserve"> of the experience, but not all. It was an all </w:t>
      </w:r>
      <w:proofErr w:type="gramStart"/>
      <w:r>
        <w:rPr>
          <w:rFonts w:ascii="Arial" w:hAnsi="Arial"/>
        </w:rPr>
        <w:t>hands on</w:t>
      </w:r>
      <w:proofErr w:type="gramEnd"/>
      <w:r>
        <w:rPr>
          <w:rFonts w:ascii="Arial" w:hAnsi="Arial"/>
        </w:rPr>
        <w:t xml:space="preserve"> deck. The trustees were very involved in it, and the overall vision, the project management from </w:t>
      </w:r>
      <w:proofErr w:type="gramStart"/>
      <w:r>
        <w:rPr>
          <w:rFonts w:ascii="Arial" w:hAnsi="Arial"/>
        </w:rPr>
        <w:t>the</w:t>
      </w:r>
      <w:proofErr w:type="gramEnd"/>
      <w:r>
        <w:rPr>
          <w:rFonts w:ascii="Arial" w:hAnsi="Arial"/>
        </w:rPr>
        <w:t xml:space="preserve"> high level, the finance, and volunteers were very important an</w:t>
      </w:r>
      <w:r>
        <w:rPr>
          <w:rFonts w:ascii="Arial" w:hAnsi="Arial"/>
        </w:rPr>
        <w:t xml:space="preserve">d key for everything we did. They gave their </w:t>
      </w:r>
      <w:proofErr w:type="gramStart"/>
      <w:r>
        <w:rPr>
          <w:rFonts w:ascii="Arial" w:hAnsi="Arial"/>
        </w:rPr>
        <w:t>input,</w:t>
      </w:r>
      <w:proofErr w:type="gramEnd"/>
      <w:r>
        <w:rPr>
          <w:rFonts w:ascii="Arial" w:hAnsi="Arial"/>
        </w:rPr>
        <w:t xml:space="preserve"> they gave their feedback. We tested and retested and retested with them what was working, what was not, and we have volunteers </w:t>
      </w:r>
      <w:proofErr w:type="gramStart"/>
      <w:r>
        <w:rPr>
          <w:rFonts w:ascii="Arial" w:hAnsi="Arial"/>
        </w:rPr>
        <w:t>from</w:t>
      </w:r>
      <w:proofErr w:type="gramEnd"/>
      <w:r>
        <w:rPr>
          <w:rFonts w:ascii="Arial" w:hAnsi="Arial"/>
        </w:rPr>
        <w:t xml:space="preserve"> all ages. </w:t>
      </w:r>
      <w:proofErr w:type="gramStart"/>
      <w:r>
        <w:rPr>
          <w:rFonts w:ascii="Arial" w:hAnsi="Arial"/>
        </w:rPr>
        <w:t>So</w:t>
      </w:r>
      <w:proofErr w:type="gramEnd"/>
      <w:r>
        <w:rPr>
          <w:rFonts w:ascii="Arial" w:hAnsi="Arial"/>
        </w:rPr>
        <w:t xml:space="preserve"> it was very important for us to hear how people were experienced if they were 15 years old versus 85 years old, and then now they deliver the experience as well. Of course, we are not 3D makers or VR experience experts, so we had external contractors, but we kept the story. We didn't outsource this to somebody to </w:t>
      </w:r>
      <w:r>
        <w:rPr>
          <w:rFonts w:ascii="Arial" w:hAnsi="Arial"/>
        </w:rPr>
        <w:t xml:space="preserve">say, "Hey, you company build this experience, and then we had it all packaged back. We created the story. We created the storyline. We created the </w:t>
      </w:r>
      <w:proofErr w:type="spellStart"/>
      <w:r>
        <w:rPr>
          <w:rFonts w:ascii="Arial" w:hAnsi="Arial"/>
        </w:rPr>
        <w:t>the</w:t>
      </w:r>
      <w:proofErr w:type="spellEnd"/>
      <w:r>
        <w:rPr>
          <w:rFonts w:ascii="Arial" w:hAnsi="Arial"/>
        </w:rPr>
        <w:t xml:space="preserve"> basically the artistic direction was all with us. The 3D models we decided how they were going were going in what order according to the story, etc. So that </w:t>
      </w:r>
      <w:proofErr w:type="gramStart"/>
      <w:r>
        <w:rPr>
          <w:rFonts w:ascii="Arial" w:hAnsi="Arial"/>
        </w:rPr>
        <w:t>was all</w:t>
      </w:r>
      <w:proofErr w:type="gramEnd"/>
      <w:r>
        <w:rPr>
          <w:rFonts w:ascii="Arial" w:hAnsi="Arial"/>
        </w:rPr>
        <w:t xml:space="preserve"> as much as we could, we kept it </w:t>
      </w:r>
      <w:proofErr w:type="gramStart"/>
      <w:r>
        <w:rPr>
          <w:rFonts w:ascii="Arial" w:hAnsi="Arial"/>
        </w:rPr>
        <w:t>in house</w:t>
      </w:r>
      <w:proofErr w:type="gramEnd"/>
      <w:r>
        <w:rPr>
          <w:rFonts w:ascii="Arial" w:hAnsi="Arial"/>
        </w:rPr>
        <w:t xml:space="preserve"> and then we </w:t>
      </w:r>
      <w:proofErr w:type="gramStart"/>
      <w:r>
        <w:rPr>
          <w:rFonts w:ascii="Arial" w:hAnsi="Arial"/>
        </w:rPr>
        <w:t>outsource</w:t>
      </w:r>
      <w:proofErr w:type="gramEnd"/>
      <w:r>
        <w:rPr>
          <w:rFonts w:ascii="Arial" w:hAnsi="Arial"/>
        </w:rPr>
        <w:t xml:space="preserve"> with the experts to make it possible, and that really worked in making </w:t>
      </w:r>
      <w:proofErr w:type="gramStart"/>
      <w:r>
        <w:rPr>
          <w:rFonts w:ascii="Arial" w:hAnsi="Arial"/>
        </w:rPr>
        <w:t>a very unique</w:t>
      </w:r>
      <w:proofErr w:type="gramEnd"/>
      <w:r>
        <w:rPr>
          <w:rFonts w:ascii="Arial" w:hAnsi="Arial"/>
        </w:rPr>
        <w:t>, very us, very ours experience. Some of the chal</w:t>
      </w:r>
      <w:r>
        <w:rPr>
          <w:rFonts w:ascii="Arial" w:hAnsi="Arial"/>
        </w:rPr>
        <w:t xml:space="preserve">lenges that </w:t>
      </w:r>
      <w:proofErr w:type="gramStart"/>
      <w:r>
        <w:rPr>
          <w:rFonts w:ascii="Arial" w:hAnsi="Arial"/>
        </w:rPr>
        <w:t>is</w:t>
      </w:r>
      <w:proofErr w:type="gramEnd"/>
      <w:r>
        <w:rPr>
          <w:rFonts w:ascii="Arial" w:hAnsi="Arial"/>
        </w:rPr>
        <w:t xml:space="preserve"> from the beginning internal buy in, and that's more than for the virtual reality experience. That again has been kind of grown from that culture of innovation that we started with from the redevelopment of the museum, but before the redevelopment, there was a lot of a little bit of pushback even within the trustees themselves. But back in 2017, 2018, when they were planning for this, not everybody shared the vision. There was resistance to change. There were different appetites, and then when</w:t>
      </w:r>
      <w:r>
        <w:rPr>
          <w:rFonts w:ascii="Arial" w:hAnsi="Arial"/>
        </w:rPr>
        <w:t xml:space="preserve"> it happened, having that maintaining that momentum through change, having that not being well, we already built a museum. That's it. We're </w:t>
      </w:r>
      <w:proofErr w:type="spellStart"/>
      <w:r>
        <w:rPr>
          <w:rFonts w:ascii="Arial" w:hAnsi="Arial"/>
        </w:rPr>
        <w:t>we're</w:t>
      </w:r>
      <w:proofErr w:type="spellEnd"/>
      <w:r>
        <w:rPr>
          <w:rFonts w:ascii="Arial" w:hAnsi="Arial"/>
        </w:rPr>
        <w:t xml:space="preserve"> </w:t>
      </w:r>
      <w:proofErr w:type="spellStart"/>
      <w:r>
        <w:rPr>
          <w:rFonts w:ascii="Arial" w:hAnsi="Arial"/>
        </w:rPr>
        <w:t>we're</w:t>
      </w:r>
      <w:proofErr w:type="spellEnd"/>
      <w:r>
        <w:rPr>
          <w:rFonts w:ascii="Arial" w:hAnsi="Arial"/>
        </w:rPr>
        <w:t xml:space="preserve"> fine. We're not doing anything else. It's we keep going and we keep seeing, thinking how can we </w:t>
      </w:r>
      <w:proofErr w:type="gramStart"/>
      <w:r>
        <w:rPr>
          <w:rFonts w:ascii="Arial" w:hAnsi="Arial"/>
        </w:rPr>
        <w:t>do</w:t>
      </w:r>
      <w:proofErr w:type="gramEnd"/>
      <w:r>
        <w:rPr>
          <w:rFonts w:ascii="Arial" w:hAnsi="Arial"/>
        </w:rPr>
        <w:t xml:space="preserve"> a better offer for our visitors? How can we use technology to tell the story better? Securing funding is a problem for everybody, I think. So, and </w:t>
      </w:r>
      <w:proofErr w:type="gramStart"/>
      <w:r>
        <w:rPr>
          <w:rFonts w:ascii="Arial" w:hAnsi="Arial"/>
        </w:rPr>
        <w:t>all these all</w:t>
      </w:r>
      <w:proofErr w:type="gramEnd"/>
      <w:r>
        <w:rPr>
          <w:rFonts w:ascii="Arial" w:hAnsi="Arial"/>
        </w:rPr>
        <w:t xml:space="preserve"> these projects have been </w:t>
      </w:r>
      <w:proofErr w:type="gramStart"/>
      <w:r>
        <w:rPr>
          <w:rFonts w:ascii="Arial" w:hAnsi="Arial"/>
        </w:rPr>
        <w:t>grant</w:t>
      </w:r>
      <w:proofErr w:type="gramEnd"/>
      <w:r>
        <w:rPr>
          <w:rFonts w:ascii="Arial" w:hAnsi="Arial"/>
        </w:rPr>
        <w:t xml:space="preserve"> dependent. There'll be funding setbacks like lotteries saying no, and</w:t>
      </w:r>
      <w:r>
        <w:rPr>
          <w:rFonts w:ascii="Arial" w:hAnsi="Arial"/>
        </w:rPr>
        <w:t xml:space="preserve"> </w:t>
      </w:r>
      <w:r>
        <w:rPr>
          <w:rFonts w:ascii="Arial" w:hAnsi="Arial"/>
        </w:rPr>
        <w:t xml:space="preserve">then having to reassess priorities, having to phase the projects, so not a whole in the one, but making it two phases. And now we're in that third phase, seeking alternative funding and delivering that value for money, winning </w:t>
      </w:r>
      <w:proofErr w:type="gramStart"/>
      <w:r>
        <w:rPr>
          <w:rFonts w:ascii="Arial" w:hAnsi="Arial"/>
        </w:rPr>
        <w:t>our the</w:t>
      </w:r>
      <w:proofErr w:type="gramEnd"/>
      <w:r>
        <w:rPr>
          <w:rFonts w:ascii="Arial" w:hAnsi="Arial"/>
        </w:rPr>
        <w:t xml:space="preserve"> hearts and minds of the community. Again, the community there was a little bit of pushback, especially at the beginning before the renovation. After the museum has </w:t>
      </w:r>
      <w:proofErr w:type="gramStart"/>
      <w:r>
        <w:rPr>
          <w:rFonts w:ascii="Arial" w:hAnsi="Arial"/>
        </w:rPr>
        <w:t>actually that</w:t>
      </w:r>
      <w:proofErr w:type="gramEnd"/>
      <w:r>
        <w:rPr>
          <w:rFonts w:ascii="Arial" w:hAnsi="Arial"/>
        </w:rPr>
        <w:t xml:space="preserve"> has delivered, it's been much </w:t>
      </w:r>
      <w:proofErr w:type="gramStart"/>
      <w:r>
        <w:rPr>
          <w:rFonts w:ascii="Arial" w:hAnsi="Arial"/>
        </w:rPr>
        <w:t>less and less</w:t>
      </w:r>
      <w:proofErr w:type="gramEnd"/>
      <w:r>
        <w:rPr>
          <w:rFonts w:ascii="Arial" w:hAnsi="Arial"/>
        </w:rPr>
        <w:t xml:space="preserve">. There was a little bit of </w:t>
      </w:r>
      <w:proofErr w:type="spellStart"/>
      <w:r>
        <w:rPr>
          <w:rFonts w:ascii="Arial" w:hAnsi="Arial"/>
        </w:rPr>
        <w:t>scepticism</w:t>
      </w:r>
      <w:proofErr w:type="spellEnd"/>
      <w:r>
        <w:rPr>
          <w:rFonts w:ascii="Arial" w:hAnsi="Arial"/>
        </w:rPr>
        <w:t xml:space="preserve"> about technology </w:t>
      </w:r>
      <w:r>
        <w:rPr>
          <w:rFonts w:ascii="Arial" w:hAnsi="Arial"/>
        </w:rPr>
        <w:t xml:space="preserve">itself, </w:t>
      </w:r>
      <w:proofErr w:type="gramStart"/>
      <w:r>
        <w:rPr>
          <w:rFonts w:ascii="Arial" w:hAnsi="Arial"/>
        </w:rPr>
        <w:t>if</w:t>
      </w:r>
      <w:proofErr w:type="gramEnd"/>
      <w:r>
        <w:rPr>
          <w:rFonts w:ascii="Arial" w:hAnsi="Arial"/>
        </w:rPr>
        <w:t xml:space="preserve"> it was going to replace heritage or </w:t>
      </w:r>
      <w:proofErr w:type="spellStart"/>
      <w:r>
        <w:rPr>
          <w:rFonts w:ascii="Arial" w:hAnsi="Arial"/>
        </w:rPr>
        <w:t>or</w:t>
      </w:r>
      <w:proofErr w:type="spellEnd"/>
      <w:r>
        <w:rPr>
          <w:rFonts w:ascii="Arial" w:hAnsi="Arial"/>
        </w:rPr>
        <w:t xml:space="preserve"> be a stone in you know in the </w:t>
      </w:r>
      <w:proofErr w:type="gramStart"/>
      <w:r>
        <w:rPr>
          <w:rFonts w:ascii="Arial" w:hAnsi="Arial"/>
        </w:rPr>
        <w:t>middle and</w:t>
      </w:r>
      <w:proofErr w:type="gramEnd"/>
      <w:r>
        <w:rPr>
          <w:rFonts w:ascii="Arial" w:hAnsi="Arial"/>
        </w:rPr>
        <w:t xml:space="preserve"> </w:t>
      </w:r>
      <w:proofErr w:type="spellStart"/>
      <w:r>
        <w:rPr>
          <w:rFonts w:ascii="Arial" w:hAnsi="Arial"/>
        </w:rPr>
        <w:t>and</w:t>
      </w:r>
      <w:proofErr w:type="spellEnd"/>
      <w:r>
        <w:rPr>
          <w:rFonts w:ascii="Arial" w:hAnsi="Arial"/>
        </w:rPr>
        <w:t xml:space="preserve"> or replace </w:t>
      </w:r>
      <w:r>
        <w:rPr>
          <w:rFonts w:ascii="Arial" w:hAnsi="Arial"/>
        </w:rPr>
        <w:lastRenderedPageBreak/>
        <w:t xml:space="preserve">people, and it didn't do that. We're building trust. </w:t>
      </w:r>
      <w:proofErr w:type="gramStart"/>
      <w:r>
        <w:rPr>
          <w:rFonts w:ascii="Arial" w:hAnsi="Arial"/>
        </w:rPr>
        <w:t xml:space="preserve">We </w:t>
      </w:r>
      <w:proofErr w:type="spellStart"/>
      <w:r>
        <w:rPr>
          <w:rFonts w:ascii="Arial" w:hAnsi="Arial"/>
        </w:rPr>
        <w:t>we</w:t>
      </w:r>
      <w:proofErr w:type="spellEnd"/>
      <w:proofErr w:type="gramEnd"/>
      <w:r>
        <w:rPr>
          <w:rFonts w:ascii="Arial" w:hAnsi="Arial"/>
        </w:rPr>
        <w:t xml:space="preserve"> </w:t>
      </w:r>
      <w:proofErr w:type="spellStart"/>
      <w:r>
        <w:rPr>
          <w:rFonts w:ascii="Arial" w:hAnsi="Arial"/>
        </w:rPr>
        <w:t>we</w:t>
      </w:r>
      <w:proofErr w:type="spellEnd"/>
      <w:r>
        <w:rPr>
          <w:rFonts w:ascii="Arial" w:hAnsi="Arial"/>
        </w:rPr>
        <w:t xml:space="preserve"> have been building trust through communication, demonstration, and delivery. So, as an example here, just this slide of the original concept. We also had to adapt things from </w:t>
      </w:r>
      <w:proofErr w:type="gramStart"/>
      <w:r>
        <w:rPr>
          <w:rFonts w:ascii="Arial" w:hAnsi="Arial"/>
        </w:rPr>
        <w:t>what it</w:t>
      </w:r>
      <w:proofErr w:type="gramEnd"/>
      <w:r>
        <w:rPr>
          <w:rFonts w:ascii="Arial" w:hAnsi="Arial"/>
        </w:rPr>
        <w:t xml:space="preserve"> was original to original idea to what </w:t>
      </w:r>
      <w:proofErr w:type="gramStart"/>
      <w:r>
        <w:rPr>
          <w:rFonts w:ascii="Arial" w:hAnsi="Arial"/>
        </w:rPr>
        <w:t>actually came</w:t>
      </w:r>
      <w:proofErr w:type="gramEnd"/>
      <w:r>
        <w:rPr>
          <w:rFonts w:ascii="Arial" w:hAnsi="Arial"/>
        </w:rPr>
        <w:t xml:space="preserve"> through. The digital archaeology laboratory became the visit the VR experience. We had a three-day archaeolog</w:t>
      </w:r>
      <w:r>
        <w:rPr>
          <w:rFonts w:ascii="Arial" w:hAnsi="Arial"/>
        </w:rPr>
        <w:t xml:space="preserve">y experience that was removed from the </w:t>
      </w:r>
      <w:proofErr w:type="spellStart"/>
      <w:proofErr w:type="gramStart"/>
      <w:r>
        <w:rPr>
          <w:rFonts w:ascii="Arial" w:hAnsi="Arial"/>
        </w:rPr>
        <w:t>programme</w:t>
      </w:r>
      <w:proofErr w:type="spellEnd"/>
      <w:proofErr w:type="gramEnd"/>
      <w:r>
        <w:rPr>
          <w:rFonts w:ascii="Arial" w:hAnsi="Arial"/>
        </w:rPr>
        <w:t xml:space="preserve"> </w:t>
      </w:r>
      <w:proofErr w:type="gramStart"/>
      <w:r>
        <w:rPr>
          <w:rFonts w:ascii="Arial" w:hAnsi="Arial"/>
        </w:rPr>
        <w:t>is</w:t>
      </w:r>
      <w:proofErr w:type="gramEnd"/>
      <w:r>
        <w:rPr>
          <w:rFonts w:ascii="Arial" w:hAnsi="Arial"/>
        </w:rPr>
        <w:t xml:space="preserve"> not removed forever, but it's removed for now. We had a hands-on history full-day </w:t>
      </w:r>
      <w:proofErr w:type="spellStart"/>
      <w:r>
        <w:rPr>
          <w:rFonts w:ascii="Arial" w:hAnsi="Arial"/>
        </w:rPr>
        <w:t>programme</w:t>
      </w:r>
      <w:proofErr w:type="spellEnd"/>
      <w:r>
        <w:rPr>
          <w:rFonts w:ascii="Arial" w:hAnsi="Arial"/>
        </w:rPr>
        <w:t xml:space="preserve"> that </w:t>
      </w:r>
      <w:proofErr w:type="gramStart"/>
      <w:r>
        <w:rPr>
          <w:rFonts w:ascii="Arial" w:hAnsi="Arial"/>
        </w:rPr>
        <w:t>actually became</w:t>
      </w:r>
      <w:proofErr w:type="gramEnd"/>
      <w:r>
        <w:rPr>
          <w:rFonts w:ascii="Arial" w:hAnsi="Arial"/>
        </w:rPr>
        <w:t xml:space="preserve"> a nine-minute workshop as it worked much better. </w:t>
      </w:r>
      <w:proofErr w:type="gramStart"/>
      <w:r>
        <w:rPr>
          <w:rFonts w:ascii="Arial" w:hAnsi="Arial"/>
        </w:rPr>
        <w:t>So</w:t>
      </w:r>
      <w:proofErr w:type="gramEnd"/>
      <w:r>
        <w:rPr>
          <w:rFonts w:ascii="Arial" w:hAnsi="Arial"/>
        </w:rPr>
        <w:t xml:space="preserve"> it was a </w:t>
      </w:r>
      <w:proofErr w:type="gramStart"/>
      <w:r>
        <w:rPr>
          <w:rFonts w:ascii="Arial" w:hAnsi="Arial"/>
        </w:rPr>
        <w:t>whole of a</w:t>
      </w:r>
      <w:proofErr w:type="gramEnd"/>
      <w:r>
        <w:rPr>
          <w:rFonts w:ascii="Arial" w:hAnsi="Arial"/>
        </w:rPr>
        <w:t xml:space="preserve"> iterative process of try and error, trial and error all the time. The VR delivery was originally just by three staff team, then two, and that proved to be unsustainable. </w:t>
      </w:r>
      <w:proofErr w:type="gramStart"/>
      <w:r>
        <w:rPr>
          <w:rFonts w:ascii="Arial" w:hAnsi="Arial"/>
        </w:rPr>
        <w:t>So</w:t>
      </w:r>
      <w:proofErr w:type="gramEnd"/>
      <w:r>
        <w:rPr>
          <w:rFonts w:ascii="Arial" w:hAnsi="Arial"/>
        </w:rPr>
        <w:t xml:space="preserve"> we started training volunteers in the delivery of the virtual reality itself, which is working now lik</w:t>
      </w:r>
      <w:r>
        <w:rPr>
          <w:rFonts w:ascii="Arial" w:hAnsi="Arial"/>
        </w:rPr>
        <w:t xml:space="preserve">e clockwork. And the space that was just very briefly taught at single purpose, of course, it became a multi-use space for VR workshops exhibitions, etc. So that capability of adapting was very important. And </w:t>
      </w:r>
      <w:proofErr w:type="gramStart"/>
      <w:r>
        <w:rPr>
          <w:rFonts w:ascii="Arial" w:hAnsi="Arial"/>
        </w:rPr>
        <w:t>this</w:t>
      </w:r>
      <w:proofErr w:type="gramEnd"/>
      <w:r>
        <w:rPr>
          <w:rFonts w:ascii="Arial" w:hAnsi="Arial"/>
        </w:rPr>
        <w:t xml:space="preserve"> some of our lessons learned through the development of </w:t>
      </w:r>
      <w:proofErr w:type="gramStart"/>
      <w:r>
        <w:rPr>
          <w:rFonts w:ascii="Arial" w:hAnsi="Arial"/>
        </w:rPr>
        <w:t>the virtual</w:t>
      </w:r>
      <w:proofErr w:type="gramEnd"/>
      <w:r>
        <w:rPr>
          <w:rFonts w:ascii="Arial" w:hAnsi="Arial"/>
        </w:rPr>
        <w:t xml:space="preserve"> reality and the halo in general. Innovation is iterative. We had to do so much iteration and testing, and that that that make the whole project what it is today. Not every good idea </w:t>
      </w:r>
      <w:proofErr w:type="gramStart"/>
      <w:r>
        <w:rPr>
          <w:rFonts w:ascii="Arial" w:hAnsi="Arial"/>
        </w:rPr>
        <w:t>is</w:t>
      </w:r>
      <w:proofErr w:type="gramEnd"/>
      <w:r>
        <w:rPr>
          <w:rFonts w:ascii="Arial" w:hAnsi="Arial"/>
        </w:rPr>
        <w:t xml:space="preserve"> the right idea at that time, so we had to chan</w:t>
      </w:r>
      <w:r>
        <w:rPr>
          <w:rFonts w:ascii="Arial" w:hAnsi="Arial"/>
        </w:rPr>
        <w:t xml:space="preserve">ge ideas and try what </w:t>
      </w:r>
      <w:proofErr w:type="spellStart"/>
      <w:r>
        <w:rPr>
          <w:rFonts w:ascii="Arial" w:hAnsi="Arial"/>
        </w:rPr>
        <w:t>what</w:t>
      </w:r>
      <w:proofErr w:type="spellEnd"/>
      <w:r>
        <w:rPr>
          <w:rFonts w:ascii="Arial" w:hAnsi="Arial"/>
        </w:rPr>
        <w:t xml:space="preserve"> worked best, what people were asking for most. Listen first to volunteers, visitors, etc. Flexibility and adaptability were key. Keeping communications channels open, especially with the volunteers and with our stakeholders. Evidence drives decisions. Train more people than you think you need, always, always. Flexible space meaning </w:t>
      </w:r>
      <w:proofErr w:type="gramStart"/>
      <w:r>
        <w:rPr>
          <w:rFonts w:ascii="Arial" w:hAnsi="Arial"/>
        </w:rPr>
        <w:t>meant</w:t>
      </w:r>
      <w:proofErr w:type="gramEnd"/>
      <w:r>
        <w:rPr>
          <w:rFonts w:ascii="Arial" w:hAnsi="Arial"/>
        </w:rPr>
        <w:t xml:space="preserve"> flexible programming and on the story that has worked for us and evaluate early and often. So again, </w:t>
      </w:r>
      <w:proofErr w:type="gramStart"/>
      <w:r>
        <w:rPr>
          <w:rFonts w:ascii="Arial" w:hAnsi="Arial"/>
        </w:rPr>
        <w:t>the tech</w:t>
      </w:r>
      <w:proofErr w:type="gramEnd"/>
      <w:r>
        <w:rPr>
          <w:rFonts w:ascii="Arial" w:hAnsi="Arial"/>
        </w:rPr>
        <w:t xml:space="preserve"> is not the </w:t>
      </w:r>
      <w:proofErr w:type="spellStart"/>
      <w:r>
        <w:rPr>
          <w:rFonts w:ascii="Arial" w:hAnsi="Arial"/>
        </w:rPr>
        <w:t>centre</w:t>
      </w:r>
      <w:proofErr w:type="spellEnd"/>
      <w:r>
        <w:rPr>
          <w:rFonts w:ascii="Arial" w:hAnsi="Arial"/>
        </w:rPr>
        <w:t xml:space="preserve"> of it all. The </w:t>
      </w:r>
      <w:proofErr w:type="spellStart"/>
      <w:r>
        <w:rPr>
          <w:rFonts w:ascii="Arial" w:hAnsi="Arial"/>
        </w:rPr>
        <w:t>ce</w:t>
      </w:r>
      <w:r>
        <w:rPr>
          <w:rFonts w:ascii="Arial" w:hAnsi="Arial"/>
        </w:rPr>
        <w:t>ntre</w:t>
      </w:r>
      <w:proofErr w:type="spellEnd"/>
      <w:r>
        <w:rPr>
          <w:rFonts w:ascii="Arial" w:hAnsi="Arial"/>
        </w:rPr>
        <w:t xml:space="preserve"> of it all is the storytelling, the discovery, that connection, and the tech </w:t>
      </w:r>
      <w:proofErr w:type="gramStart"/>
      <w:r>
        <w:rPr>
          <w:rFonts w:ascii="Arial" w:hAnsi="Arial"/>
        </w:rPr>
        <w:t>is basically radiates</w:t>
      </w:r>
      <w:proofErr w:type="gramEnd"/>
      <w:r>
        <w:rPr>
          <w:rFonts w:ascii="Arial" w:hAnsi="Arial"/>
        </w:rPr>
        <w:t xml:space="preserve"> from that, so that the </w:t>
      </w:r>
      <w:proofErr w:type="spellStart"/>
      <w:r>
        <w:rPr>
          <w:rFonts w:ascii="Arial" w:hAnsi="Arial"/>
        </w:rPr>
        <w:t>centre</w:t>
      </w:r>
      <w:proofErr w:type="spellEnd"/>
      <w:r>
        <w:rPr>
          <w:rFonts w:ascii="Arial" w:hAnsi="Arial"/>
        </w:rPr>
        <w:t xml:space="preserve"> is still that personal touch. And the innovation in </w:t>
      </w:r>
      <w:proofErr w:type="spellStart"/>
      <w:r>
        <w:rPr>
          <w:rFonts w:ascii="Arial" w:hAnsi="Arial"/>
        </w:rPr>
        <w:t>Trimontium</w:t>
      </w:r>
      <w:proofErr w:type="spellEnd"/>
      <w:r>
        <w:rPr>
          <w:rFonts w:ascii="Arial" w:hAnsi="Arial"/>
        </w:rPr>
        <w:t xml:space="preserve"> is really embedded, and that comes from the trustees, and is evergreen. We have other things other than the VR. We have global reach with our courses, with volunteers. We have digital volunteers from all around the world. Our talks </w:t>
      </w:r>
      <w:proofErr w:type="gramStart"/>
      <w:r>
        <w:rPr>
          <w:rFonts w:ascii="Arial" w:hAnsi="Arial"/>
        </w:rPr>
        <w:t>reach also</w:t>
      </w:r>
      <w:proofErr w:type="gramEnd"/>
      <w:r>
        <w:rPr>
          <w:rFonts w:ascii="Arial" w:hAnsi="Arial"/>
        </w:rPr>
        <w:t xml:space="preserve"> internationally. Our community archaeology is </w:t>
      </w:r>
      <w:proofErr w:type="gramStart"/>
      <w:r>
        <w:rPr>
          <w:rFonts w:ascii="Arial" w:hAnsi="Arial"/>
        </w:rPr>
        <w:t>innovative in its own right</w:t>
      </w:r>
      <w:proofErr w:type="gramEnd"/>
      <w:r>
        <w:rPr>
          <w:rFonts w:ascii="Arial" w:hAnsi="Arial"/>
        </w:rPr>
        <w:t xml:space="preserve">. We have </w:t>
      </w:r>
      <w:proofErr w:type="gramStart"/>
      <w:r>
        <w:rPr>
          <w:rFonts w:ascii="Arial" w:hAnsi="Arial"/>
        </w:rPr>
        <w:t>the virtual</w:t>
      </w:r>
      <w:proofErr w:type="gramEnd"/>
      <w:r>
        <w:rPr>
          <w:rFonts w:ascii="Arial" w:hAnsi="Arial"/>
        </w:rPr>
        <w:t xml:space="preserve"> reality, and now we have one to bring augmented reality and virtual reality to the fort side. And for that, we are applying to the Museum Futures, and we just got the very good news, I think, Recently, yay! But that's a story for a different day, maybe for next year, as we keep expanding that this this offer. And then inclusive innovation, and that's meaning for the digital romance project. That again, a story for a different day. That one included </w:t>
      </w:r>
      <w:proofErr w:type="gramStart"/>
      <w:r>
        <w:rPr>
          <w:rFonts w:ascii="Arial" w:hAnsi="Arial"/>
        </w:rPr>
        <w:t>partnerships</w:t>
      </w:r>
      <w:proofErr w:type="gramEnd"/>
      <w:r>
        <w:rPr>
          <w:rFonts w:ascii="Arial" w:hAnsi="Arial"/>
        </w:rPr>
        <w:t>, and at the heart of eve</w:t>
      </w:r>
      <w:r>
        <w:rPr>
          <w:rFonts w:ascii="Arial" w:hAnsi="Arial"/>
        </w:rPr>
        <w:t xml:space="preserve">rything is making the invisible </w:t>
      </w:r>
      <w:proofErr w:type="gramStart"/>
      <w:r>
        <w:rPr>
          <w:rFonts w:ascii="Arial" w:hAnsi="Arial"/>
        </w:rPr>
        <w:t>visible, and</w:t>
      </w:r>
      <w:proofErr w:type="gramEnd"/>
      <w:r>
        <w:rPr>
          <w:rFonts w:ascii="Arial" w:hAnsi="Arial"/>
        </w:rPr>
        <w:t xml:space="preserve"> having that creative storytelling of how we tell the story and we explore the story of the Romans in Scotland and interaction with the local peoples, and that's me. And I'm only over for a minute and 30 seconds. I'm sorry. Thank you so much for listening. And if you have any questions, I'm happy to answer them after. You can contact me on </w:t>
      </w:r>
      <w:proofErr w:type="spellStart"/>
      <w:r>
        <w:rPr>
          <w:rFonts w:ascii="Arial" w:hAnsi="Arial"/>
        </w:rPr>
        <w:t>on</w:t>
      </w:r>
      <w:proofErr w:type="spellEnd"/>
      <w:r>
        <w:rPr>
          <w:rFonts w:ascii="Arial" w:hAnsi="Arial"/>
        </w:rPr>
        <w:t xml:space="preserve"> </w:t>
      </w:r>
      <w:proofErr w:type="gramStart"/>
      <w:r>
        <w:rPr>
          <w:rFonts w:ascii="Arial" w:hAnsi="Arial"/>
        </w:rPr>
        <w:t>my email</w:t>
      </w:r>
      <w:proofErr w:type="gramEnd"/>
      <w:r>
        <w:rPr>
          <w:rFonts w:ascii="Arial" w:hAnsi="Arial"/>
        </w:rPr>
        <w:t>. Thank you so much.</w:t>
      </w:r>
    </w:p>
    <w:p w14:paraId="3F3671F9" w14:textId="77777777" w:rsidR="003A3F31" w:rsidRDefault="003A3F31">
      <w:pPr>
        <w:spacing w:after="0"/>
      </w:pPr>
    </w:p>
    <w:p w14:paraId="26BF32E1"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26:47</w:t>
      </w:r>
      <w:proofErr w:type="gramEnd"/>
    </w:p>
    <w:p w14:paraId="100F97EA" w14:textId="77777777" w:rsidR="003A3F31" w:rsidRDefault="00FA1E12">
      <w:pPr>
        <w:spacing w:after="0"/>
      </w:pPr>
      <w:r>
        <w:rPr>
          <w:rFonts w:ascii="Arial" w:hAnsi="Arial"/>
        </w:rPr>
        <w:t xml:space="preserve">Thank you so much, Thania. That was </w:t>
      </w:r>
      <w:proofErr w:type="gramStart"/>
      <w:r>
        <w:rPr>
          <w:rFonts w:ascii="Arial" w:hAnsi="Arial"/>
        </w:rPr>
        <w:t>absolutely fantastic</w:t>
      </w:r>
      <w:proofErr w:type="gramEnd"/>
      <w:r>
        <w:rPr>
          <w:rFonts w:ascii="Arial" w:hAnsi="Arial"/>
        </w:rPr>
        <w:t xml:space="preserve">. </w:t>
      </w:r>
      <w:proofErr w:type="gramStart"/>
      <w:r>
        <w:rPr>
          <w:rFonts w:ascii="Arial" w:hAnsi="Arial"/>
        </w:rPr>
        <w:t xml:space="preserve">Loads </w:t>
      </w:r>
      <w:proofErr w:type="spellStart"/>
      <w:r>
        <w:rPr>
          <w:rFonts w:ascii="Arial" w:hAnsi="Arial"/>
        </w:rPr>
        <w:t>loads</w:t>
      </w:r>
      <w:proofErr w:type="spellEnd"/>
      <w:proofErr w:type="gramEnd"/>
      <w:r>
        <w:rPr>
          <w:rFonts w:ascii="Arial" w:hAnsi="Arial"/>
        </w:rPr>
        <w:t xml:space="preserve"> of good, loads of amazing work that's been happening at </w:t>
      </w:r>
      <w:proofErr w:type="spellStart"/>
      <w:r>
        <w:rPr>
          <w:rFonts w:ascii="Arial" w:hAnsi="Arial"/>
        </w:rPr>
        <w:t>Trimontium</w:t>
      </w:r>
      <w:proofErr w:type="spellEnd"/>
      <w:r>
        <w:rPr>
          <w:rFonts w:ascii="Arial" w:hAnsi="Arial"/>
        </w:rPr>
        <w:t xml:space="preserve"> there, and you know all that really </w:t>
      </w:r>
      <w:proofErr w:type="gramStart"/>
      <w:r>
        <w:rPr>
          <w:rFonts w:ascii="Arial" w:hAnsi="Arial"/>
        </w:rPr>
        <w:t>starting</w:t>
      </w:r>
      <w:proofErr w:type="gramEnd"/>
      <w:r>
        <w:rPr>
          <w:rFonts w:ascii="Arial" w:hAnsi="Arial"/>
        </w:rPr>
        <w:t xml:space="preserve"> from 2019. You know what a change is </w:t>
      </w:r>
      <w:proofErr w:type="gramStart"/>
      <w:r>
        <w:rPr>
          <w:rFonts w:ascii="Arial" w:hAnsi="Arial"/>
        </w:rPr>
        <w:t>really quite</w:t>
      </w:r>
      <w:proofErr w:type="gramEnd"/>
      <w:r>
        <w:rPr>
          <w:rFonts w:ascii="Arial" w:hAnsi="Arial"/>
        </w:rPr>
        <w:t xml:space="preserve"> transformational, what's happened </w:t>
      </w:r>
      <w:proofErr w:type="gramStart"/>
      <w:r>
        <w:rPr>
          <w:rFonts w:ascii="Arial" w:hAnsi="Arial"/>
        </w:rPr>
        <w:t>in</w:t>
      </w:r>
      <w:proofErr w:type="gramEnd"/>
      <w:r>
        <w:rPr>
          <w:rFonts w:ascii="Arial" w:hAnsi="Arial"/>
        </w:rPr>
        <w:t xml:space="preserve"> that time, and obviously that was over COVID as well. </w:t>
      </w:r>
      <w:proofErr w:type="gramStart"/>
      <w:r>
        <w:rPr>
          <w:rFonts w:ascii="Arial" w:hAnsi="Arial"/>
        </w:rPr>
        <w:t>So</w:t>
      </w:r>
      <w:proofErr w:type="gramEnd"/>
      <w:r>
        <w:rPr>
          <w:rFonts w:ascii="Arial" w:hAnsi="Arial"/>
        </w:rPr>
        <w:t xml:space="preserve"> you know that was that that was just fantastic, and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difference that it's made in terms of footfall, the financial impact. You know </w:t>
      </w:r>
      <w:proofErr w:type="gramStart"/>
      <w:r>
        <w:rPr>
          <w:rFonts w:ascii="Arial" w:hAnsi="Arial"/>
        </w:rPr>
        <w:t>that's it's</w:t>
      </w:r>
      <w:proofErr w:type="gramEnd"/>
      <w:r>
        <w:rPr>
          <w:rFonts w:ascii="Arial" w:hAnsi="Arial"/>
        </w:rPr>
        <w:t xml:space="preserve"> just such a great story to tell. </w:t>
      </w:r>
      <w:proofErr w:type="gramStart"/>
      <w:r>
        <w:rPr>
          <w:rFonts w:ascii="Arial" w:hAnsi="Arial"/>
        </w:rPr>
        <w:t>So</w:t>
      </w:r>
      <w:proofErr w:type="gramEnd"/>
      <w:r>
        <w:rPr>
          <w:rFonts w:ascii="Arial" w:hAnsi="Arial"/>
        </w:rPr>
        <w:t xml:space="preserve"> thank you so much for that. I loved</w:t>
      </w:r>
      <w:r>
        <w:rPr>
          <w:rFonts w:ascii="Arial" w:hAnsi="Arial"/>
        </w:rPr>
        <w:t xml:space="preserve"> that quote there that you said, "Not every good idea is the right idea", and I think that's a </w:t>
      </w:r>
      <w:proofErr w:type="gramStart"/>
      <w:r>
        <w:rPr>
          <w:rFonts w:ascii="Arial" w:hAnsi="Arial"/>
        </w:rPr>
        <w:t>really good</w:t>
      </w:r>
      <w:proofErr w:type="gramEnd"/>
      <w:r>
        <w:rPr>
          <w:rFonts w:ascii="Arial" w:hAnsi="Arial"/>
        </w:rPr>
        <w:t xml:space="preserve"> thing to think about. You know, we can have loads of </w:t>
      </w:r>
      <w:proofErr w:type="gramStart"/>
      <w:r>
        <w:rPr>
          <w:rFonts w:ascii="Arial" w:hAnsi="Arial"/>
        </w:rPr>
        <w:t>really great</w:t>
      </w:r>
      <w:proofErr w:type="gramEnd"/>
      <w:r>
        <w:rPr>
          <w:rFonts w:ascii="Arial" w:hAnsi="Arial"/>
        </w:rPr>
        <w:t xml:space="preserve"> ideas, but it doesn't always fit. It's not always quite </w:t>
      </w:r>
      <w:proofErr w:type="gramStart"/>
      <w:r>
        <w:rPr>
          <w:rFonts w:ascii="Arial" w:hAnsi="Arial"/>
        </w:rPr>
        <w:t>right for</w:t>
      </w:r>
      <w:proofErr w:type="gramEnd"/>
      <w:r>
        <w:rPr>
          <w:rFonts w:ascii="Arial" w:hAnsi="Arial"/>
        </w:rPr>
        <w:t xml:space="preserve"> </w:t>
      </w:r>
      <w:proofErr w:type="spellStart"/>
      <w:r>
        <w:rPr>
          <w:rFonts w:ascii="Arial" w:hAnsi="Arial"/>
        </w:rPr>
        <w:t>for</w:t>
      </w:r>
      <w:proofErr w:type="spellEnd"/>
      <w:r>
        <w:rPr>
          <w:rFonts w:ascii="Arial" w:hAnsi="Arial"/>
        </w:rPr>
        <w:t xml:space="preserve"> the project. So that was I like that. I'm </w:t>
      </w:r>
      <w:r>
        <w:rPr>
          <w:rFonts w:ascii="Arial" w:hAnsi="Arial"/>
        </w:rPr>
        <w:lastRenderedPageBreak/>
        <w:t>going to take that away and use that another point. Just a reminder that we will be going just straight on to the next presentation. But if you do have any questions for Thania specifically that you and you don't want to forget</w:t>
      </w:r>
      <w:r>
        <w:rPr>
          <w:rFonts w:ascii="Arial" w:hAnsi="Arial"/>
        </w:rPr>
        <w:t xml:space="preserve">, you please feel free to pop that into the chat, and we will go back to that at the Q&amp;A at the end. </w:t>
      </w:r>
      <w:proofErr w:type="gramStart"/>
      <w:r>
        <w:rPr>
          <w:rFonts w:ascii="Arial" w:hAnsi="Arial"/>
        </w:rPr>
        <w:t>So</w:t>
      </w:r>
      <w:proofErr w:type="gramEnd"/>
      <w:r>
        <w:rPr>
          <w:rFonts w:ascii="Arial" w:hAnsi="Arial"/>
        </w:rPr>
        <w:t xml:space="preserve"> what we will do now is move on to Kate from the Museum of Lead Mining, and I will share your slides for you, Kate. So, if you just give me a </w:t>
      </w:r>
      <w:proofErr w:type="gramStart"/>
      <w:r>
        <w:rPr>
          <w:rFonts w:ascii="Arial" w:hAnsi="Arial"/>
        </w:rPr>
        <w:t>wee</w:t>
      </w:r>
      <w:proofErr w:type="gramEnd"/>
      <w:r>
        <w:rPr>
          <w:rFonts w:ascii="Arial" w:hAnsi="Arial"/>
        </w:rPr>
        <w:t xml:space="preserve"> second, okay, okay, and hopefully that is that sharing. Okay, is that fine, Kate? Can you see that?</w:t>
      </w:r>
    </w:p>
    <w:p w14:paraId="4143ABFF" w14:textId="77777777" w:rsidR="003A3F31" w:rsidRDefault="003A3F31">
      <w:pPr>
        <w:spacing w:after="0"/>
      </w:pPr>
    </w:p>
    <w:p w14:paraId="5C2A341F" w14:textId="77777777" w:rsidR="003A3F31" w:rsidRDefault="00FA1E12">
      <w:pPr>
        <w:spacing w:after="0"/>
      </w:pPr>
      <w:r>
        <w:rPr>
          <w:rFonts w:ascii="Arial" w:hAnsi="Arial"/>
          <w:b/>
        </w:rPr>
        <w:t xml:space="preserve">Kate </w:t>
      </w:r>
      <w:proofErr w:type="spellStart"/>
      <w:proofErr w:type="gramStart"/>
      <w:r>
        <w:rPr>
          <w:rFonts w:ascii="Arial" w:hAnsi="Arial"/>
          <w:b/>
        </w:rPr>
        <w:t>Linsell</w:t>
      </w:r>
      <w:proofErr w:type="spellEnd"/>
      <w:r>
        <w:rPr>
          <w:rFonts w:ascii="Arial" w:hAnsi="Arial"/>
          <w:b/>
        </w:rPr>
        <w:t xml:space="preserve">  </w:t>
      </w:r>
      <w:r>
        <w:rPr>
          <w:rFonts w:ascii="Arial" w:hAnsi="Arial"/>
          <w:color w:val="5D7284"/>
        </w:rPr>
        <w:t>28:28</w:t>
      </w:r>
      <w:proofErr w:type="gramEnd"/>
    </w:p>
    <w:p w14:paraId="5A1E64F9" w14:textId="77777777" w:rsidR="003A3F31" w:rsidRPr="00463625" w:rsidRDefault="00FA1E12">
      <w:pPr>
        <w:spacing w:after="0"/>
        <w:rPr>
          <w:lang w:val="de-DE"/>
        </w:rPr>
      </w:pPr>
      <w:r w:rsidRPr="00463625">
        <w:rPr>
          <w:rFonts w:ascii="Arial" w:hAnsi="Arial"/>
          <w:lang w:val="de-DE"/>
        </w:rPr>
        <w:t>Yes.</w:t>
      </w:r>
    </w:p>
    <w:p w14:paraId="5B148AE2" w14:textId="77777777" w:rsidR="003A3F31" w:rsidRPr="00463625" w:rsidRDefault="003A3F31">
      <w:pPr>
        <w:spacing w:after="0"/>
        <w:rPr>
          <w:lang w:val="de-DE"/>
        </w:rPr>
      </w:pPr>
    </w:p>
    <w:p w14:paraId="3E20E58E" w14:textId="77777777" w:rsidR="003A3F31" w:rsidRPr="00463625" w:rsidRDefault="00FA1E12">
      <w:pPr>
        <w:spacing w:after="0"/>
        <w:rPr>
          <w:lang w:val="de-DE"/>
        </w:rPr>
      </w:pPr>
      <w:r w:rsidRPr="00463625">
        <w:rPr>
          <w:rFonts w:ascii="Arial" w:hAnsi="Arial"/>
          <w:b/>
          <w:lang w:val="de-DE"/>
        </w:rPr>
        <w:t xml:space="preserve">Gillian </w:t>
      </w:r>
      <w:proofErr w:type="gramStart"/>
      <w:r w:rsidRPr="00463625">
        <w:rPr>
          <w:rFonts w:ascii="Arial" w:hAnsi="Arial"/>
          <w:b/>
          <w:lang w:val="de-DE"/>
        </w:rPr>
        <w:t xml:space="preserve">Darroch  </w:t>
      </w:r>
      <w:r w:rsidRPr="00463625">
        <w:rPr>
          <w:rFonts w:ascii="Arial" w:hAnsi="Arial"/>
          <w:color w:val="5D7284"/>
          <w:lang w:val="de-DE"/>
        </w:rPr>
        <w:t>28:29</w:t>
      </w:r>
      <w:proofErr w:type="gramEnd"/>
    </w:p>
    <w:p w14:paraId="0F13502E" w14:textId="77777777" w:rsidR="003A3F31" w:rsidRPr="00463625" w:rsidRDefault="00FA1E12">
      <w:pPr>
        <w:spacing w:after="0"/>
        <w:rPr>
          <w:lang w:val="de-DE"/>
        </w:rPr>
      </w:pPr>
      <w:r w:rsidRPr="00463625">
        <w:rPr>
          <w:rFonts w:ascii="Arial" w:hAnsi="Arial"/>
          <w:lang w:val="de-DE"/>
        </w:rPr>
        <w:t>Perfect.</w:t>
      </w:r>
    </w:p>
    <w:p w14:paraId="72F7B526" w14:textId="77777777" w:rsidR="003A3F31" w:rsidRPr="00463625" w:rsidRDefault="003A3F31">
      <w:pPr>
        <w:spacing w:after="0"/>
        <w:rPr>
          <w:lang w:val="de-DE"/>
        </w:rPr>
      </w:pPr>
    </w:p>
    <w:p w14:paraId="23ED54BD" w14:textId="77777777" w:rsidR="003A3F31" w:rsidRPr="00463625" w:rsidRDefault="00FA1E12">
      <w:pPr>
        <w:spacing w:after="0"/>
        <w:rPr>
          <w:lang w:val="de-DE"/>
        </w:rPr>
      </w:pPr>
      <w:r w:rsidRPr="00463625">
        <w:rPr>
          <w:rFonts w:ascii="Arial" w:hAnsi="Arial"/>
          <w:b/>
          <w:lang w:val="de-DE"/>
        </w:rPr>
        <w:t xml:space="preserve">Gillian </w:t>
      </w:r>
      <w:proofErr w:type="gramStart"/>
      <w:r w:rsidRPr="00463625">
        <w:rPr>
          <w:rFonts w:ascii="Arial" w:hAnsi="Arial"/>
          <w:b/>
          <w:lang w:val="de-DE"/>
        </w:rPr>
        <w:t xml:space="preserve">Darroch  </w:t>
      </w:r>
      <w:r w:rsidRPr="00463625">
        <w:rPr>
          <w:rFonts w:ascii="Arial" w:hAnsi="Arial"/>
          <w:color w:val="5D7284"/>
          <w:lang w:val="de-DE"/>
        </w:rPr>
        <w:t>28:29</w:t>
      </w:r>
      <w:proofErr w:type="gramEnd"/>
    </w:p>
    <w:p w14:paraId="62D899B8" w14:textId="77777777" w:rsidR="003A3F31" w:rsidRDefault="00FA1E12">
      <w:pPr>
        <w:spacing w:after="0"/>
      </w:pPr>
      <w:r>
        <w:rPr>
          <w:rFonts w:ascii="Arial" w:hAnsi="Arial"/>
        </w:rPr>
        <w:t>Yes, thank you. Great. I'll pass over.</w:t>
      </w:r>
    </w:p>
    <w:p w14:paraId="2A8E177D" w14:textId="77777777" w:rsidR="003A3F31" w:rsidRDefault="003A3F31">
      <w:pPr>
        <w:spacing w:after="0"/>
      </w:pPr>
    </w:p>
    <w:p w14:paraId="2827E29D" w14:textId="77777777" w:rsidR="003A3F31" w:rsidRDefault="00FA1E12">
      <w:pPr>
        <w:spacing w:after="0"/>
      </w:pPr>
      <w:r>
        <w:rPr>
          <w:rFonts w:ascii="Arial" w:hAnsi="Arial"/>
          <w:b/>
        </w:rPr>
        <w:t xml:space="preserve">Kate </w:t>
      </w:r>
      <w:proofErr w:type="spellStart"/>
      <w:proofErr w:type="gramStart"/>
      <w:r>
        <w:rPr>
          <w:rFonts w:ascii="Arial" w:hAnsi="Arial"/>
          <w:b/>
        </w:rPr>
        <w:t>Linsell</w:t>
      </w:r>
      <w:proofErr w:type="spellEnd"/>
      <w:r>
        <w:rPr>
          <w:rFonts w:ascii="Arial" w:hAnsi="Arial"/>
          <w:b/>
        </w:rPr>
        <w:t xml:space="preserve">  </w:t>
      </w:r>
      <w:r>
        <w:rPr>
          <w:rFonts w:ascii="Arial" w:hAnsi="Arial"/>
          <w:color w:val="5D7284"/>
        </w:rPr>
        <w:t>28:35</w:t>
      </w:r>
      <w:proofErr w:type="gramEnd"/>
    </w:p>
    <w:p w14:paraId="1D2D7076" w14:textId="77777777" w:rsidR="003A3F31" w:rsidRDefault="00FA1E12">
      <w:pPr>
        <w:spacing w:after="0"/>
      </w:pPr>
      <w:r>
        <w:rPr>
          <w:rFonts w:ascii="Arial" w:hAnsi="Arial"/>
        </w:rPr>
        <w:t xml:space="preserve">Hello. Yeah. Thank you. So, hello. I'm Kate </w:t>
      </w:r>
      <w:proofErr w:type="spellStart"/>
      <w:r>
        <w:rPr>
          <w:rFonts w:ascii="Arial" w:hAnsi="Arial"/>
        </w:rPr>
        <w:t>Linsell</w:t>
      </w:r>
      <w:proofErr w:type="spellEnd"/>
      <w:r>
        <w:rPr>
          <w:rFonts w:ascii="Arial" w:hAnsi="Arial"/>
        </w:rPr>
        <w:t>. I'm one of the trustees of the Wanlockhead Museum Trust, which runs the Museum of Lead Mining, and I'm joined today for the panel discussion by John Evans, our chairman, who has a lived experience of mining, mineralogy, geology, engineering, working with power and innovation. So, so always good to have his input. To describe myself, I'm a white woman of Welsh heritage with fairish hair, wearing a peach T-shirt, red rimmed glasses, and I've been 21 for a great number of years. So that's as far as I'</w:t>
      </w:r>
      <w:r>
        <w:rPr>
          <w:rFonts w:ascii="Arial" w:hAnsi="Arial"/>
        </w:rPr>
        <w:t xml:space="preserve">m going on that one. </w:t>
      </w:r>
      <w:proofErr w:type="gramStart"/>
      <w:r>
        <w:rPr>
          <w:rFonts w:ascii="Arial" w:hAnsi="Arial"/>
        </w:rPr>
        <w:t>So</w:t>
      </w:r>
      <w:proofErr w:type="gramEnd"/>
      <w:r>
        <w:rPr>
          <w:rFonts w:ascii="Arial" w:hAnsi="Arial"/>
        </w:rPr>
        <w:t xml:space="preserve"> the museum. This is the top left is a. Oh, I can do a screen thing. Can you see that marker? Yeah. Wanlockhead is in the middle of nowhere, really, it's about 20 minutes off the M74 running between Carlisle and Glasgow, and most people will know it's there because it's also got the brown sign shed with </w:t>
      </w:r>
      <w:proofErr w:type="spellStart"/>
      <w:r>
        <w:rPr>
          <w:rFonts w:ascii="Arial" w:hAnsi="Arial"/>
        </w:rPr>
        <w:t>Drumlanrig</w:t>
      </w:r>
      <w:proofErr w:type="spellEnd"/>
      <w:r>
        <w:rPr>
          <w:rFonts w:ascii="Arial" w:hAnsi="Arial"/>
        </w:rPr>
        <w:t xml:space="preserve"> Castle, which is a bigger, bigger social thing. And below it, you can see an aerial view of the visitor </w:t>
      </w:r>
      <w:proofErr w:type="spellStart"/>
      <w:r>
        <w:rPr>
          <w:rFonts w:ascii="Arial" w:hAnsi="Arial"/>
        </w:rPr>
        <w:t>centre</w:t>
      </w:r>
      <w:proofErr w:type="spellEnd"/>
      <w:r>
        <w:rPr>
          <w:rFonts w:ascii="Arial" w:hAnsi="Arial"/>
        </w:rPr>
        <w:t xml:space="preserve"> that we have, and further down you can see the extremes of wea</w:t>
      </w:r>
      <w:r>
        <w:rPr>
          <w:rFonts w:ascii="Arial" w:hAnsi="Arial"/>
        </w:rPr>
        <w:t xml:space="preserve">ther we have. Bottom left is a nice summer day, no, winter's day, and further right is the is a summer's day. So next slide, please. Takes me back to COVID. </w:t>
      </w:r>
      <w:proofErr w:type="gramStart"/>
      <w:r>
        <w:rPr>
          <w:rFonts w:ascii="Arial" w:hAnsi="Arial"/>
        </w:rPr>
        <w:t>So</w:t>
      </w:r>
      <w:proofErr w:type="gramEnd"/>
      <w:r>
        <w:rPr>
          <w:rFonts w:ascii="Arial" w:hAnsi="Arial"/>
        </w:rPr>
        <w:t xml:space="preserve"> the museum was started in 1974, and its purpose is to preserve the industrial and social heritage of the lead mining industry that was very important to Scottish economy at both Wanlockhead and Lead Hills, which is two miles away. The museum consists of several parts. The top left is the Miners' Library, which this year is celebrating its 270th anniv</w:t>
      </w:r>
      <w:r>
        <w:rPr>
          <w:rFonts w:ascii="Arial" w:hAnsi="Arial"/>
        </w:rPr>
        <w:t xml:space="preserve">ersary, and it was the second workers' subscription library in the UK. The picture of the white </w:t>
      </w:r>
      <w:proofErr w:type="spellStart"/>
      <w:r>
        <w:rPr>
          <w:rFonts w:ascii="Arial" w:hAnsi="Arial"/>
        </w:rPr>
        <w:t>Ccottage</w:t>
      </w:r>
      <w:proofErr w:type="spellEnd"/>
      <w:r>
        <w:rPr>
          <w:rFonts w:ascii="Arial" w:hAnsi="Arial"/>
        </w:rPr>
        <w:t xml:space="preserve"> was built, which is the current library, was built in the early 1800s, and you've got a view there of the inside with the books that are still </w:t>
      </w:r>
      <w:proofErr w:type="gramStart"/>
      <w:r>
        <w:rPr>
          <w:rFonts w:ascii="Arial" w:hAnsi="Arial"/>
        </w:rPr>
        <w:t>there, and</w:t>
      </w:r>
      <w:proofErr w:type="gramEnd"/>
      <w:r>
        <w:rPr>
          <w:rFonts w:ascii="Arial" w:hAnsi="Arial"/>
        </w:rPr>
        <w:t xml:space="preserve"> also handwritten manuscripts of the many meetings that took place in the library. Top right is Straight Steps Cottages, which is an old miners' cottage. Three run into each other, and it is built today to demonstrate how the miners lived in 1750, 1850, </w:t>
      </w:r>
      <w:r>
        <w:rPr>
          <w:rFonts w:ascii="Arial" w:hAnsi="Arial"/>
        </w:rPr>
        <w:t xml:space="preserve">and 1920, and it is quite chilling, really, to </w:t>
      </w:r>
      <w:proofErr w:type="gramStart"/>
      <w:r>
        <w:rPr>
          <w:rFonts w:ascii="Arial" w:hAnsi="Arial"/>
        </w:rPr>
        <w:t>see how</w:t>
      </w:r>
      <w:proofErr w:type="gramEnd"/>
      <w:r>
        <w:rPr>
          <w:rFonts w:ascii="Arial" w:hAnsi="Arial"/>
        </w:rPr>
        <w:t xml:space="preserve"> </w:t>
      </w:r>
      <w:proofErr w:type="spellStart"/>
      <w:r>
        <w:rPr>
          <w:rFonts w:ascii="Arial" w:hAnsi="Arial"/>
        </w:rPr>
        <w:t>how</w:t>
      </w:r>
      <w:proofErr w:type="spellEnd"/>
      <w:r>
        <w:rPr>
          <w:rFonts w:ascii="Arial" w:hAnsi="Arial"/>
        </w:rPr>
        <w:t xml:space="preserve"> simple life was. Bottom is </w:t>
      </w:r>
      <w:proofErr w:type="spellStart"/>
      <w:r>
        <w:rPr>
          <w:rFonts w:ascii="Arial" w:hAnsi="Arial"/>
        </w:rPr>
        <w:t>Lochnell</w:t>
      </w:r>
      <w:proofErr w:type="spellEnd"/>
      <w:r>
        <w:rPr>
          <w:rFonts w:ascii="Arial" w:hAnsi="Arial"/>
        </w:rPr>
        <w:t xml:space="preserve"> Mine, which is one of our unique selling points. It is a proper original mine that you can walk into. It was mined actively between 1710 and 1860. You can see on the bottom left people with hard hats going in, </w:t>
      </w:r>
      <w:proofErr w:type="gramStart"/>
      <w:r>
        <w:rPr>
          <w:rFonts w:ascii="Arial" w:hAnsi="Arial"/>
        </w:rPr>
        <w:t>and</w:t>
      </w:r>
      <w:proofErr w:type="gramEnd"/>
      <w:r>
        <w:rPr>
          <w:rFonts w:ascii="Arial" w:hAnsi="Arial"/>
        </w:rPr>
        <w:t xml:space="preserve"> the bottom right the </w:t>
      </w:r>
      <w:proofErr w:type="spellStart"/>
      <w:r>
        <w:rPr>
          <w:rFonts w:ascii="Arial" w:hAnsi="Arial"/>
        </w:rPr>
        <w:t>the</w:t>
      </w:r>
      <w:proofErr w:type="spellEnd"/>
      <w:r>
        <w:rPr>
          <w:rFonts w:ascii="Arial" w:hAnsi="Arial"/>
        </w:rPr>
        <w:t xml:space="preserve"> miners as they were outside </w:t>
      </w:r>
      <w:proofErr w:type="spellStart"/>
      <w:r>
        <w:rPr>
          <w:rFonts w:ascii="Arial" w:hAnsi="Arial"/>
        </w:rPr>
        <w:t>Lochnell</w:t>
      </w:r>
      <w:proofErr w:type="spellEnd"/>
      <w:r>
        <w:rPr>
          <w:rFonts w:ascii="Arial" w:hAnsi="Arial"/>
        </w:rPr>
        <w:t xml:space="preserve"> Mine, proudly having their photograph taken. And inside, there's a few miners left down below who are still working, waiting to get to their </w:t>
      </w:r>
      <w:r>
        <w:rPr>
          <w:rFonts w:ascii="Arial" w:hAnsi="Arial"/>
        </w:rPr>
        <w:t xml:space="preserve">pension age. So next slide, please. At top left, we've got the old rackety building there is the old forge that was the blacksmith's workplace in the village, and in 1992, funding was </w:t>
      </w:r>
      <w:r>
        <w:rPr>
          <w:rFonts w:ascii="Arial" w:hAnsi="Arial"/>
        </w:rPr>
        <w:lastRenderedPageBreak/>
        <w:t xml:space="preserve">secured from the European Development Funds, which transformed it into the visitor </w:t>
      </w:r>
      <w:proofErr w:type="spellStart"/>
      <w:r>
        <w:rPr>
          <w:rFonts w:ascii="Arial" w:hAnsi="Arial"/>
        </w:rPr>
        <w:t>centre</w:t>
      </w:r>
      <w:proofErr w:type="spellEnd"/>
      <w:r>
        <w:rPr>
          <w:rFonts w:ascii="Arial" w:hAnsi="Arial"/>
        </w:rPr>
        <w:t>. You can see to the right that also houses the museum, which talks you through the local geology, the process of mining the lead and getting the lead ingots out the other end, as well as quite a significant display related to the social h</w:t>
      </w:r>
      <w:r>
        <w:rPr>
          <w:rFonts w:ascii="Arial" w:hAnsi="Arial"/>
        </w:rPr>
        <w:t xml:space="preserve">istory, because education and religion were very important in the village. </w:t>
      </w:r>
      <w:proofErr w:type="gramStart"/>
      <w:r>
        <w:rPr>
          <w:rFonts w:ascii="Arial" w:hAnsi="Arial"/>
        </w:rPr>
        <w:t>The museum you</w:t>
      </w:r>
      <w:proofErr w:type="gramEnd"/>
      <w:r>
        <w:rPr>
          <w:rFonts w:ascii="Arial" w:hAnsi="Arial"/>
        </w:rPr>
        <w:t xml:space="preserve"> can see </w:t>
      </w:r>
      <w:proofErr w:type="gramStart"/>
      <w:r>
        <w:rPr>
          <w:rFonts w:ascii="Arial" w:hAnsi="Arial"/>
        </w:rPr>
        <w:t>down</w:t>
      </w:r>
      <w:proofErr w:type="gramEnd"/>
      <w:r>
        <w:rPr>
          <w:rFonts w:ascii="Arial" w:hAnsi="Arial"/>
        </w:rPr>
        <w:t xml:space="preserve"> below. </w:t>
      </w:r>
      <w:proofErr w:type="gramStart"/>
      <w:r>
        <w:rPr>
          <w:rFonts w:ascii="Arial" w:hAnsi="Arial"/>
        </w:rPr>
        <w:t>There's</w:t>
      </w:r>
      <w:proofErr w:type="gramEnd"/>
      <w:r>
        <w:rPr>
          <w:rFonts w:ascii="Arial" w:hAnsi="Arial"/>
        </w:rPr>
        <w:t xml:space="preserve"> a few pictures demonstrating that. Top right, the minerals </w:t>
      </w:r>
      <w:proofErr w:type="gramStart"/>
      <w:r>
        <w:rPr>
          <w:rFonts w:ascii="Arial" w:hAnsi="Arial"/>
        </w:rPr>
        <w:t>display</w:t>
      </w:r>
      <w:proofErr w:type="gramEnd"/>
      <w:r>
        <w:rPr>
          <w:rFonts w:ascii="Arial" w:hAnsi="Arial"/>
        </w:rPr>
        <w:t xml:space="preserve"> in the museum. Of course, it's a highly important area from the geology point of view, and it's often described as God's treasure house. In fact, that was the name of one of the books that was written in the 1800s by the local vicar. Bottom right, gold </w:t>
      </w:r>
      <w:proofErr w:type="gramStart"/>
      <w:r>
        <w:rPr>
          <w:rFonts w:ascii="Arial" w:hAnsi="Arial"/>
        </w:rPr>
        <w:t>very</w:t>
      </w:r>
      <w:proofErr w:type="gramEnd"/>
      <w:r>
        <w:rPr>
          <w:rFonts w:ascii="Arial" w:hAnsi="Arial"/>
        </w:rPr>
        <w:t xml:space="preserve"> important too. We do </w:t>
      </w:r>
      <w:proofErr w:type="spellStart"/>
      <w:r>
        <w:rPr>
          <w:rFonts w:ascii="Arial" w:hAnsi="Arial"/>
        </w:rPr>
        <w:t>do</w:t>
      </w:r>
      <w:proofErr w:type="spellEnd"/>
      <w:r>
        <w:rPr>
          <w:rFonts w:ascii="Arial" w:hAnsi="Arial"/>
        </w:rPr>
        <w:t xml:space="preserve"> gold panning taster courses and </w:t>
      </w:r>
      <w:proofErr w:type="spellStart"/>
      <w:r>
        <w:rPr>
          <w:rFonts w:ascii="Arial" w:hAnsi="Arial"/>
        </w:rPr>
        <w:t>organised</w:t>
      </w:r>
      <w:proofErr w:type="spellEnd"/>
      <w:r>
        <w:rPr>
          <w:rFonts w:ascii="Arial" w:hAnsi="Arial"/>
        </w:rPr>
        <w:t xml:space="preserve"> gol</w:t>
      </w:r>
      <w:r>
        <w:rPr>
          <w:rFonts w:ascii="Arial" w:hAnsi="Arial"/>
        </w:rPr>
        <w:t xml:space="preserve">d padding courses for longer periods of time, and the gold in the top left there is the mace, which is in the Scottish Parliament, was presented by the late Queen Elizabeth II to the Scottish Parliament when it opened, and in the top is a wedding ring made from gold from the Wanlockhead Burns, which </w:t>
      </w:r>
      <w:proofErr w:type="spellStart"/>
      <w:r>
        <w:rPr>
          <w:rFonts w:ascii="Arial" w:hAnsi="Arial"/>
        </w:rPr>
        <w:t>symbolises</w:t>
      </w:r>
      <w:proofErr w:type="spellEnd"/>
      <w:r>
        <w:rPr>
          <w:rFonts w:ascii="Arial" w:hAnsi="Arial"/>
        </w:rPr>
        <w:t xml:space="preserve"> the marriage of the state, the people, and the land. The people sitting in buckets with their bottoms up in the air are </w:t>
      </w:r>
      <w:proofErr w:type="gramStart"/>
      <w:r>
        <w:rPr>
          <w:rFonts w:ascii="Arial" w:hAnsi="Arial"/>
        </w:rPr>
        <w:t>actually gold</w:t>
      </w:r>
      <w:proofErr w:type="gramEnd"/>
      <w:r>
        <w:rPr>
          <w:rFonts w:ascii="Arial" w:hAnsi="Arial"/>
        </w:rPr>
        <w:t xml:space="preserve"> panning in the nationa</w:t>
      </w:r>
      <w:r>
        <w:rPr>
          <w:rFonts w:ascii="Arial" w:hAnsi="Arial"/>
        </w:rPr>
        <w:t xml:space="preserve">l gold panning championships, which happen every year at the museum and </w:t>
      </w:r>
      <w:proofErr w:type="gramStart"/>
      <w:r>
        <w:rPr>
          <w:rFonts w:ascii="Arial" w:hAnsi="Arial"/>
        </w:rPr>
        <w:t>a source</w:t>
      </w:r>
      <w:proofErr w:type="gramEnd"/>
      <w:r>
        <w:rPr>
          <w:rFonts w:ascii="Arial" w:hAnsi="Arial"/>
        </w:rPr>
        <w:t xml:space="preserve"> of great excitement. Next slide, please. </w:t>
      </w:r>
      <w:proofErr w:type="gramStart"/>
      <w:r>
        <w:rPr>
          <w:rFonts w:ascii="Arial" w:hAnsi="Arial"/>
        </w:rPr>
        <w:t>So</w:t>
      </w:r>
      <w:proofErr w:type="gramEnd"/>
      <w:r>
        <w:rPr>
          <w:rFonts w:ascii="Arial" w:hAnsi="Arial"/>
        </w:rPr>
        <w:t xml:space="preserve"> moving on to the project. </w:t>
      </w:r>
      <w:proofErr w:type="gramStart"/>
      <w:r>
        <w:rPr>
          <w:rFonts w:ascii="Arial" w:hAnsi="Arial"/>
        </w:rPr>
        <w:t>So why</w:t>
      </w:r>
      <w:proofErr w:type="gramEnd"/>
      <w:r>
        <w:rPr>
          <w:rFonts w:ascii="Arial" w:hAnsi="Arial"/>
        </w:rPr>
        <w:t xml:space="preserve"> </w:t>
      </w:r>
      <w:proofErr w:type="spellStart"/>
      <w:r>
        <w:rPr>
          <w:rFonts w:ascii="Arial" w:hAnsi="Arial"/>
        </w:rPr>
        <w:t>why</w:t>
      </w:r>
      <w:proofErr w:type="spellEnd"/>
      <w:r>
        <w:rPr>
          <w:rFonts w:ascii="Arial" w:hAnsi="Arial"/>
        </w:rPr>
        <w:t xml:space="preserve"> on earth would we not use a conventional heat pump? Well, Wanlockhead is </w:t>
      </w:r>
      <w:proofErr w:type="spellStart"/>
      <w:r>
        <w:rPr>
          <w:rFonts w:ascii="Arial" w:hAnsi="Arial"/>
        </w:rPr>
        <w:t>iremote</w:t>
      </w:r>
      <w:proofErr w:type="spellEnd"/>
      <w:r>
        <w:rPr>
          <w:rFonts w:ascii="Arial" w:hAnsi="Arial"/>
        </w:rPr>
        <w:t xml:space="preserve">. It's the highest village in Scotland. It's got its own microclimate, which I can assure you does not regularly </w:t>
      </w:r>
      <w:proofErr w:type="gramStart"/>
      <w:r>
        <w:rPr>
          <w:rFonts w:ascii="Arial" w:hAnsi="Arial"/>
        </w:rPr>
        <w:t>involve heat</w:t>
      </w:r>
      <w:proofErr w:type="gramEnd"/>
      <w:r>
        <w:rPr>
          <w:rFonts w:ascii="Arial" w:hAnsi="Arial"/>
        </w:rPr>
        <w:t xml:space="preserve"> </w:t>
      </w:r>
      <w:proofErr w:type="spellStart"/>
      <w:r>
        <w:rPr>
          <w:rFonts w:ascii="Arial" w:hAnsi="Arial"/>
        </w:rPr>
        <w:t>heat</w:t>
      </w:r>
      <w:proofErr w:type="spellEnd"/>
      <w:r>
        <w:rPr>
          <w:rFonts w:ascii="Arial" w:hAnsi="Arial"/>
        </w:rPr>
        <w:t xml:space="preserve"> waves. It can have snow waves and very strong wind and very high rainfall. </w:t>
      </w:r>
      <w:proofErr w:type="gramStart"/>
      <w:r>
        <w:rPr>
          <w:rFonts w:ascii="Arial" w:hAnsi="Arial"/>
        </w:rPr>
        <w:t>So</w:t>
      </w:r>
      <w:proofErr w:type="gramEnd"/>
      <w:r>
        <w:rPr>
          <w:rFonts w:ascii="Arial" w:hAnsi="Arial"/>
        </w:rPr>
        <w:t xml:space="preserve"> the reasons that we can't use a conventional heat pump are li</w:t>
      </w:r>
      <w:r>
        <w:rPr>
          <w:rFonts w:ascii="Arial" w:hAnsi="Arial"/>
        </w:rPr>
        <w:t xml:space="preserve">sted there. Air source: it's too cold to be efficient in the winter. You've got to have a certain amount of heat in the air to extract it. Ground source can be either buried or through a borehole. Well, the bedrock is too close to the surface to bury a heat pump. If you dig a borehole, you're likely to get into an old mine working, which makes it dangerous. Most of the available water source heat pumps are immersible, but the burn is not deep enough to immerse the pump. </w:t>
      </w:r>
      <w:proofErr w:type="gramStart"/>
      <w:r>
        <w:rPr>
          <w:rFonts w:ascii="Arial" w:hAnsi="Arial"/>
        </w:rPr>
        <w:t>So</w:t>
      </w:r>
      <w:proofErr w:type="gramEnd"/>
      <w:r>
        <w:rPr>
          <w:rFonts w:ascii="Arial" w:hAnsi="Arial"/>
        </w:rPr>
        <w:t xml:space="preserve"> these are all reasons not to explo</w:t>
      </w:r>
      <w:r>
        <w:rPr>
          <w:rFonts w:ascii="Arial" w:hAnsi="Arial"/>
        </w:rPr>
        <w:t xml:space="preserve">re this. Until next slide, we developed. I think that's gone in the wrong order. Never mind. Say we use mine water for the source of the heat. </w:t>
      </w:r>
      <w:proofErr w:type="gramStart"/>
      <w:r>
        <w:rPr>
          <w:rFonts w:ascii="Arial" w:hAnsi="Arial"/>
        </w:rPr>
        <w:t>So</w:t>
      </w:r>
      <w:proofErr w:type="gramEnd"/>
      <w:r>
        <w:rPr>
          <w:rFonts w:ascii="Arial" w:hAnsi="Arial"/>
        </w:rPr>
        <w:t xml:space="preserve"> the benefits of mine water are millions of gallons of water. If you look at that map at the bottom, the horizontal lines are </w:t>
      </w:r>
      <w:proofErr w:type="gramStart"/>
      <w:r>
        <w:rPr>
          <w:rFonts w:ascii="Arial" w:hAnsi="Arial"/>
        </w:rPr>
        <w:t>all the</w:t>
      </w:r>
      <w:proofErr w:type="gramEnd"/>
      <w:r>
        <w:rPr>
          <w:rFonts w:ascii="Arial" w:hAnsi="Arial"/>
        </w:rPr>
        <w:t xml:space="preserve"> </w:t>
      </w:r>
      <w:proofErr w:type="spellStart"/>
      <w:r>
        <w:rPr>
          <w:rFonts w:ascii="Arial" w:hAnsi="Arial"/>
        </w:rPr>
        <w:t>the</w:t>
      </w:r>
      <w:proofErr w:type="spellEnd"/>
      <w:r>
        <w:rPr>
          <w:rFonts w:ascii="Arial" w:hAnsi="Arial"/>
        </w:rPr>
        <w:t xml:space="preserve"> mine </w:t>
      </w:r>
      <w:proofErr w:type="spellStart"/>
      <w:r>
        <w:rPr>
          <w:rFonts w:ascii="Arial" w:hAnsi="Arial"/>
        </w:rPr>
        <w:t>adits</w:t>
      </w:r>
      <w:proofErr w:type="spellEnd"/>
      <w:r>
        <w:rPr>
          <w:rFonts w:ascii="Arial" w:hAnsi="Arial"/>
        </w:rPr>
        <w:t xml:space="preserve"> and drifts where you can the miners walked along with vertical shafts to move stuff up. Those are now mainly filled with rainwater because no one's pumping it out, and because it's underground, it's at a constant tempe</w:t>
      </w:r>
      <w:r>
        <w:rPr>
          <w:rFonts w:ascii="Arial" w:hAnsi="Arial"/>
        </w:rPr>
        <w:t xml:space="preserve">rature of about eight degrees centigrade. The mines have no problem being refilled with rainwater because we get a lot of rain, and then it drains through the old </w:t>
      </w:r>
      <w:proofErr w:type="spellStart"/>
      <w:r>
        <w:rPr>
          <w:rFonts w:ascii="Arial" w:hAnsi="Arial"/>
        </w:rPr>
        <w:t>adits</w:t>
      </w:r>
      <w:proofErr w:type="spellEnd"/>
      <w:r>
        <w:rPr>
          <w:rFonts w:ascii="Arial" w:hAnsi="Arial"/>
        </w:rPr>
        <w:t xml:space="preserve"> or tunnels into the local streams, and even though it can be minus 10 degrees for days on end, the water in the stream rarely gets below five degrees centigrade. It does not freeze, which is unusual because of the volume of mine water that's draining into it. You see the top left picture. There's water draining out of an old </w:t>
      </w:r>
      <w:proofErr w:type="gramStart"/>
      <w:r>
        <w:rPr>
          <w:rFonts w:ascii="Arial" w:hAnsi="Arial"/>
        </w:rPr>
        <w:t>mine</w:t>
      </w:r>
      <w:proofErr w:type="gramEnd"/>
      <w:r>
        <w:rPr>
          <w:rFonts w:ascii="Arial" w:hAnsi="Arial"/>
        </w:rPr>
        <w:t xml:space="preserve"> </w:t>
      </w:r>
      <w:proofErr w:type="spellStart"/>
      <w:r>
        <w:rPr>
          <w:rFonts w:ascii="Arial" w:hAnsi="Arial"/>
        </w:rPr>
        <w:t>adit</w:t>
      </w:r>
      <w:proofErr w:type="spellEnd"/>
      <w:r>
        <w:rPr>
          <w:rFonts w:ascii="Arial" w:hAnsi="Arial"/>
        </w:rPr>
        <w:t xml:space="preserve">. Next </w:t>
      </w:r>
      <w:r>
        <w:rPr>
          <w:rFonts w:ascii="Arial" w:hAnsi="Arial"/>
        </w:rPr>
        <w:t xml:space="preserve">slide, please. </w:t>
      </w:r>
      <w:proofErr w:type="gramStart"/>
      <w:r>
        <w:rPr>
          <w:rFonts w:ascii="Arial" w:hAnsi="Arial"/>
        </w:rPr>
        <w:t>So</w:t>
      </w:r>
      <w:proofErr w:type="gramEnd"/>
      <w:r>
        <w:rPr>
          <w:rFonts w:ascii="Arial" w:hAnsi="Arial"/>
        </w:rPr>
        <w:t xml:space="preserve"> this project came about as often good ideas do through a cup of tea. John was sitting down, being courteous to a visiting university team. They brought a lot of their students, and the professor who was with them shared a cup of tea, Professor Chris McDermott, and he was the brains behind a project that they were developing at the university, which has now developed as a spin-off business. And they were talking about how this new system could </w:t>
      </w:r>
      <w:proofErr w:type="spellStart"/>
      <w:r>
        <w:rPr>
          <w:rFonts w:ascii="Arial" w:hAnsi="Arial"/>
        </w:rPr>
        <w:t>could</w:t>
      </w:r>
      <w:proofErr w:type="spellEnd"/>
      <w:r>
        <w:rPr>
          <w:rFonts w:ascii="Arial" w:hAnsi="Arial"/>
        </w:rPr>
        <w:t xml:space="preserve"> work. Next slide, please. So, what the ne</w:t>
      </w:r>
      <w:r>
        <w:rPr>
          <w:rFonts w:ascii="Arial" w:hAnsi="Arial"/>
        </w:rPr>
        <w:t xml:space="preserve">w system did was-you can see there's a big tank there with some chaps looking at it, and it's got a great </w:t>
      </w:r>
      <w:proofErr w:type="spellStart"/>
      <w:r>
        <w:rPr>
          <w:rFonts w:ascii="Arial" w:hAnsi="Arial"/>
        </w:rPr>
        <w:t>squirly</w:t>
      </w:r>
      <w:proofErr w:type="spellEnd"/>
      <w:r>
        <w:rPr>
          <w:rFonts w:ascii="Arial" w:hAnsi="Arial"/>
        </w:rPr>
        <w:t xml:space="preserve"> pipe in it. Well, you couldn't put that into the stream because the stream can sometimes be three inches deep, and sometimes it could be </w:t>
      </w:r>
      <w:proofErr w:type="gramStart"/>
      <w:r>
        <w:rPr>
          <w:rFonts w:ascii="Arial" w:hAnsi="Arial"/>
        </w:rPr>
        <w:t>a foot</w:t>
      </w:r>
      <w:proofErr w:type="gramEnd"/>
      <w:r>
        <w:rPr>
          <w:rFonts w:ascii="Arial" w:hAnsi="Arial"/>
        </w:rPr>
        <w:t xml:space="preserve"> deep. But you can </w:t>
      </w:r>
      <w:proofErr w:type="gramStart"/>
      <w:r>
        <w:rPr>
          <w:rFonts w:ascii="Arial" w:hAnsi="Arial"/>
        </w:rPr>
        <w:t>actually get</w:t>
      </w:r>
      <w:proofErr w:type="gramEnd"/>
      <w:r>
        <w:rPr>
          <w:rFonts w:ascii="Arial" w:hAnsi="Arial"/>
        </w:rPr>
        <w:t xml:space="preserve"> the water to run through a pipe round the </w:t>
      </w:r>
      <w:proofErr w:type="spellStart"/>
      <w:r>
        <w:rPr>
          <w:rFonts w:ascii="Arial" w:hAnsi="Arial"/>
        </w:rPr>
        <w:t>squirly</w:t>
      </w:r>
      <w:proofErr w:type="spellEnd"/>
      <w:r>
        <w:rPr>
          <w:rFonts w:ascii="Arial" w:hAnsi="Arial"/>
        </w:rPr>
        <w:t xml:space="preserve"> bit and out the other end. I'm not doing this in a scientific way, so forgive me for that because I don't think we've got a scientific audience. But if you've got a scientif</w:t>
      </w:r>
      <w:r>
        <w:rPr>
          <w:rFonts w:ascii="Arial" w:hAnsi="Arial"/>
        </w:rPr>
        <w:t xml:space="preserve">ic question, then my chairman, Mr. Evans, will happily answer it. </w:t>
      </w:r>
      <w:proofErr w:type="gramStart"/>
      <w:r>
        <w:rPr>
          <w:rFonts w:ascii="Arial" w:hAnsi="Arial"/>
        </w:rPr>
        <w:t>So</w:t>
      </w:r>
      <w:proofErr w:type="gramEnd"/>
      <w:r>
        <w:rPr>
          <w:rFonts w:ascii="Arial" w:hAnsi="Arial"/>
        </w:rPr>
        <w:t xml:space="preserve"> the </w:t>
      </w:r>
      <w:proofErr w:type="spellStart"/>
      <w:r>
        <w:rPr>
          <w:rFonts w:ascii="Arial" w:hAnsi="Arial"/>
        </w:rPr>
        <w:t>squirly</w:t>
      </w:r>
      <w:proofErr w:type="spellEnd"/>
      <w:r>
        <w:rPr>
          <w:rFonts w:ascii="Arial" w:hAnsi="Arial"/>
        </w:rPr>
        <w:t xml:space="preserve"> pipe is the heat exchange, and then there's </w:t>
      </w:r>
      <w:proofErr w:type="gramStart"/>
      <w:r>
        <w:rPr>
          <w:rFonts w:ascii="Arial" w:hAnsi="Arial"/>
        </w:rPr>
        <w:t>a the</w:t>
      </w:r>
      <w:proofErr w:type="gramEnd"/>
      <w:r>
        <w:rPr>
          <w:rFonts w:ascii="Arial" w:hAnsi="Arial"/>
        </w:rPr>
        <w:t xml:space="preserve"> heat is </w:t>
      </w:r>
      <w:r>
        <w:rPr>
          <w:rFonts w:ascii="Arial" w:hAnsi="Arial"/>
        </w:rPr>
        <w:lastRenderedPageBreak/>
        <w:t xml:space="preserve">passed off to a heat pump, which then puts the heat into the museum. For us, we're very lucky because the water is harvested higher up the stream, and so it's gravity-fed. </w:t>
      </w:r>
      <w:proofErr w:type="gramStart"/>
      <w:r>
        <w:rPr>
          <w:rFonts w:ascii="Arial" w:hAnsi="Arial"/>
        </w:rPr>
        <w:t>So</w:t>
      </w:r>
      <w:proofErr w:type="gramEnd"/>
      <w:r>
        <w:rPr>
          <w:rFonts w:ascii="Arial" w:hAnsi="Arial"/>
        </w:rPr>
        <w:t xml:space="preserve"> we don't need to pump it. </w:t>
      </w:r>
      <w:proofErr w:type="gramStart"/>
      <w:r>
        <w:rPr>
          <w:rFonts w:ascii="Arial" w:hAnsi="Arial"/>
        </w:rPr>
        <w:t>So</w:t>
      </w:r>
      <w:proofErr w:type="gramEnd"/>
      <w:r>
        <w:rPr>
          <w:rFonts w:ascii="Arial" w:hAnsi="Arial"/>
        </w:rPr>
        <w:t xml:space="preserve"> we don't have to </w:t>
      </w:r>
      <w:proofErr w:type="gramStart"/>
      <w:r>
        <w:rPr>
          <w:rFonts w:ascii="Arial" w:hAnsi="Arial"/>
        </w:rPr>
        <w:t>pay</w:t>
      </w:r>
      <w:proofErr w:type="gramEnd"/>
      <w:r>
        <w:rPr>
          <w:rFonts w:ascii="Arial" w:hAnsi="Arial"/>
        </w:rPr>
        <w:t xml:space="preserve"> electricity to generate the heat. Next slide, please. So yes, there's science in all this. You need to have some way of measuring </w:t>
      </w:r>
      <w:proofErr w:type="gramStart"/>
      <w:r>
        <w:rPr>
          <w:rFonts w:ascii="Arial" w:hAnsi="Arial"/>
        </w:rPr>
        <w:t>it to</w:t>
      </w:r>
      <w:proofErr w:type="gramEnd"/>
      <w:r>
        <w:rPr>
          <w:rFonts w:ascii="Arial" w:hAnsi="Arial"/>
        </w:rPr>
        <w:t xml:space="preserve"> </w:t>
      </w:r>
      <w:proofErr w:type="spellStart"/>
      <w:r>
        <w:rPr>
          <w:rFonts w:ascii="Arial" w:hAnsi="Arial"/>
        </w:rPr>
        <w:t>to</w:t>
      </w:r>
      <w:proofErr w:type="spellEnd"/>
      <w:r>
        <w:rPr>
          <w:rFonts w:ascii="Arial" w:hAnsi="Arial"/>
        </w:rPr>
        <w:t xml:space="preserve"> sell it t</w:t>
      </w:r>
      <w:r>
        <w:rPr>
          <w:rFonts w:ascii="Arial" w:hAnsi="Arial"/>
        </w:rPr>
        <w:t xml:space="preserve">o anybody, and the </w:t>
      </w:r>
      <w:proofErr w:type="spellStart"/>
      <w:r>
        <w:rPr>
          <w:rFonts w:ascii="Arial" w:hAnsi="Arial"/>
        </w:rPr>
        <w:t>the</w:t>
      </w:r>
      <w:proofErr w:type="spellEnd"/>
      <w:r>
        <w:rPr>
          <w:rFonts w:ascii="Arial" w:hAnsi="Arial"/>
        </w:rPr>
        <w:t xml:space="preserve"> one measure you need to remember is the seasonal coefficient of performance, or the SCOP, and this looks at the </w:t>
      </w:r>
      <w:proofErr w:type="spellStart"/>
      <w:r>
        <w:rPr>
          <w:rFonts w:ascii="Arial" w:hAnsi="Arial"/>
        </w:rPr>
        <w:t>the</w:t>
      </w:r>
      <w:proofErr w:type="spellEnd"/>
      <w:r>
        <w:rPr>
          <w:rFonts w:ascii="Arial" w:hAnsi="Arial"/>
        </w:rPr>
        <w:t xml:space="preserve"> </w:t>
      </w:r>
      <w:proofErr w:type="gramStart"/>
      <w:r>
        <w:rPr>
          <w:rFonts w:ascii="Arial" w:hAnsi="Arial"/>
        </w:rPr>
        <w:t>efficiency of the</w:t>
      </w:r>
      <w:proofErr w:type="gramEnd"/>
      <w:r>
        <w:rPr>
          <w:rFonts w:ascii="Arial" w:hAnsi="Arial"/>
        </w:rPr>
        <w:t xml:space="preserve"> of the system and the various parameters. You can say, well, this is working. It's not working. It is efficient. It's not efficient, and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parameters are written there. But we'll go on to the next slide. Thank you. </w:t>
      </w:r>
      <w:proofErr w:type="gramStart"/>
      <w:r>
        <w:rPr>
          <w:rFonts w:ascii="Arial" w:hAnsi="Arial"/>
        </w:rPr>
        <w:t>So</w:t>
      </w:r>
      <w:proofErr w:type="gramEnd"/>
      <w:r>
        <w:rPr>
          <w:rFonts w:ascii="Arial" w:hAnsi="Arial"/>
        </w:rPr>
        <w:t xml:space="preserve"> we, with our pilot trial that was done following this cup of tea, the actual efficiency of the pump system was very high at 3.5. Th</w:t>
      </w:r>
      <w:r>
        <w:rPr>
          <w:rFonts w:ascii="Arial" w:hAnsi="Arial"/>
        </w:rPr>
        <w:t xml:space="preserve">ere were flow temperatures there which were high, as I've said, gravity-fed. And </w:t>
      </w:r>
      <w:proofErr w:type="gramStart"/>
      <w:r>
        <w:rPr>
          <w:rFonts w:ascii="Arial" w:hAnsi="Arial"/>
        </w:rPr>
        <w:t>despite the fact that</w:t>
      </w:r>
      <w:proofErr w:type="gramEnd"/>
      <w:r>
        <w:rPr>
          <w:rFonts w:ascii="Arial" w:hAnsi="Arial"/>
        </w:rPr>
        <w:t xml:space="preserve"> we have our </w:t>
      </w:r>
      <w:proofErr w:type="gramStart"/>
      <w:r>
        <w:rPr>
          <w:rFonts w:ascii="Arial" w:hAnsi="Arial"/>
        </w:rPr>
        <w:t>live</w:t>
      </w:r>
      <w:proofErr w:type="gramEnd"/>
      <w:r>
        <w:rPr>
          <w:rFonts w:ascii="Arial" w:hAnsi="Arial"/>
        </w:rPr>
        <w:t xml:space="preserve"> in this sort of cold environment, we have an </w:t>
      </w:r>
      <w:proofErr w:type="gramStart"/>
      <w:r>
        <w:rPr>
          <w:rFonts w:ascii="Arial" w:hAnsi="Arial"/>
        </w:rPr>
        <w:t>open door</w:t>
      </w:r>
      <w:proofErr w:type="gramEnd"/>
      <w:r>
        <w:rPr>
          <w:rFonts w:ascii="Arial" w:hAnsi="Arial"/>
        </w:rPr>
        <w:t xml:space="preserve"> habit with the tea room to make people feel welcome. And the heat output of the system that was piloted in the tea room </w:t>
      </w:r>
      <w:proofErr w:type="gramStart"/>
      <w:r>
        <w:rPr>
          <w:rFonts w:ascii="Arial" w:hAnsi="Arial"/>
        </w:rPr>
        <w:t>actually did</w:t>
      </w:r>
      <w:proofErr w:type="gramEnd"/>
      <w:r>
        <w:rPr>
          <w:rFonts w:ascii="Arial" w:hAnsi="Arial"/>
        </w:rPr>
        <w:t xml:space="preserve"> work well in this uncontrolled environment, and more importantly, for the future, it saved us about £4000 on the electricity bill for the tea room. Next slide, please. </w:t>
      </w:r>
      <w:proofErr w:type="gramStart"/>
      <w:r>
        <w:rPr>
          <w:rFonts w:ascii="Arial" w:hAnsi="Arial"/>
        </w:rPr>
        <w:t>So</w:t>
      </w:r>
      <w:proofErr w:type="gramEnd"/>
      <w:r>
        <w:rPr>
          <w:rFonts w:ascii="Arial" w:hAnsi="Arial"/>
        </w:rPr>
        <w:t xml:space="preserve"> we </w:t>
      </w:r>
      <w:proofErr w:type="gramStart"/>
      <w:r>
        <w:rPr>
          <w:rFonts w:ascii="Arial" w:hAnsi="Arial"/>
        </w:rPr>
        <w:t>have to</w:t>
      </w:r>
      <w:proofErr w:type="gramEnd"/>
      <w:r>
        <w:rPr>
          <w:rFonts w:ascii="Arial" w:hAnsi="Arial"/>
        </w:rPr>
        <w:t xml:space="preserve"> decide, you know, how </w:t>
      </w:r>
      <w:r>
        <w:rPr>
          <w:rFonts w:ascii="Arial" w:hAnsi="Arial"/>
        </w:rPr>
        <w:t xml:space="preserve">does this compare with gas and electricity? Well, we don't have gas. Gas pipes never got to Wanlockhead. Electricity got there in 1956, so you know, a bit behind the times at times. We know that we need about 22,000 kilowatts to heat the visitor </w:t>
      </w:r>
      <w:proofErr w:type="spellStart"/>
      <w:r>
        <w:rPr>
          <w:rFonts w:ascii="Arial" w:hAnsi="Arial"/>
        </w:rPr>
        <w:t>centre</w:t>
      </w:r>
      <w:proofErr w:type="spellEnd"/>
      <w:r>
        <w:rPr>
          <w:rFonts w:ascii="Arial" w:hAnsi="Arial"/>
        </w:rPr>
        <w:t xml:space="preserve"> comfortably, and the current rate of uncontracted at 63.4p per kilowatt. That's about £14,000. </w:t>
      </w:r>
      <w:proofErr w:type="gramStart"/>
      <w:r>
        <w:rPr>
          <w:rFonts w:ascii="Arial" w:hAnsi="Arial"/>
        </w:rPr>
        <w:t>So</w:t>
      </w:r>
      <w:proofErr w:type="gramEnd"/>
      <w:r>
        <w:rPr>
          <w:rFonts w:ascii="Arial" w:hAnsi="Arial"/>
        </w:rPr>
        <w:t xml:space="preserve"> with the saving made across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potential saving to be made across the visitor </w:t>
      </w:r>
      <w:proofErr w:type="spellStart"/>
      <w:r>
        <w:rPr>
          <w:rFonts w:ascii="Arial" w:hAnsi="Arial"/>
        </w:rPr>
        <w:t>centre</w:t>
      </w:r>
      <w:proofErr w:type="spellEnd"/>
      <w:r>
        <w:rPr>
          <w:rFonts w:ascii="Arial" w:hAnsi="Arial"/>
        </w:rPr>
        <w:t>, it would save us £10,000, which would be very welcome in the current c</w:t>
      </w:r>
      <w:r>
        <w:rPr>
          <w:rFonts w:ascii="Arial" w:hAnsi="Arial"/>
        </w:rPr>
        <w:t xml:space="preserve">ircumstances. I was very jealous of </w:t>
      </w:r>
      <w:proofErr w:type="spellStart"/>
      <w:r>
        <w:rPr>
          <w:rFonts w:ascii="Arial" w:hAnsi="Arial"/>
        </w:rPr>
        <w:t>Trimontium's</w:t>
      </w:r>
      <w:proofErr w:type="spellEnd"/>
      <w:r>
        <w:rPr>
          <w:rFonts w:ascii="Arial" w:hAnsi="Arial"/>
        </w:rPr>
        <w:t xml:space="preserve"> wonderful visitor figures going up so rapidly. </w:t>
      </w:r>
      <w:proofErr w:type="gramStart"/>
      <w:r>
        <w:rPr>
          <w:rFonts w:ascii="Arial" w:hAnsi="Arial"/>
        </w:rPr>
        <w:t>Well</w:t>
      </w:r>
      <w:proofErr w:type="gramEnd"/>
      <w:r>
        <w:rPr>
          <w:rFonts w:ascii="Arial" w:hAnsi="Arial"/>
        </w:rPr>
        <w:t xml:space="preserve"> done. Next slide, please. Not only is it a financial saving, but as you can see on this slide, there's a massive saving in in carbon footprint, and we support the efforts that are made across Scotland through Net Zero and with the support of Museums Galleries Scotland for doing our best to reduce our carbon footprint as much as possible. Interestingly, too, the temperature of the water was had to be within a</w:t>
      </w:r>
      <w:r>
        <w:rPr>
          <w:rFonts w:ascii="Arial" w:hAnsi="Arial"/>
        </w:rPr>
        <w:t xml:space="preserve"> certain limit with SEPA, which is the Scottish Environmental Protection Agency, and they're quite keen to </w:t>
      </w:r>
      <w:proofErr w:type="spellStart"/>
      <w:r>
        <w:rPr>
          <w:rFonts w:ascii="Arial" w:hAnsi="Arial"/>
        </w:rPr>
        <w:t>to</w:t>
      </w:r>
      <w:proofErr w:type="spellEnd"/>
      <w:r>
        <w:rPr>
          <w:rFonts w:ascii="Arial" w:hAnsi="Arial"/>
        </w:rPr>
        <w:t xml:space="preserve"> sit on our shoulders and make sure that we're not over taking too much heat out of the stream to cause some damage to it. The other environmental impact or lack of impact with this project: no chemicals are involved, </w:t>
      </w:r>
      <w:proofErr w:type="gramStart"/>
      <w:r>
        <w:rPr>
          <w:rFonts w:ascii="Arial" w:hAnsi="Arial"/>
        </w:rPr>
        <w:t>and also</w:t>
      </w:r>
      <w:proofErr w:type="gramEnd"/>
      <w:r>
        <w:rPr>
          <w:rFonts w:ascii="Arial" w:hAnsi="Arial"/>
        </w:rPr>
        <w:t xml:space="preserve"> it doesn't have any noise pollution because it's just water flowing. Most of the other air and water heat pump systems have a pump, which, as you know, can be a bit irritating </w:t>
      </w:r>
      <w:r>
        <w:rPr>
          <w:rFonts w:ascii="Arial" w:hAnsi="Arial"/>
        </w:rPr>
        <w:t xml:space="preserve">at times. Next slide, please. </w:t>
      </w:r>
      <w:proofErr w:type="gramStart"/>
      <w:r>
        <w:rPr>
          <w:rFonts w:ascii="Arial" w:hAnsi="Arial"/>
        </w:rPr>
        <w:t>So</w:t>
      </w:r>
      <w:proofErr w:type="gramEnd"/>
      <w:r>
        <w:rPr>
          <w:rFonts w:ascii="Arial" w:hAnsi="Arial"/>
        </w:rPr>
        <w:t xml:space="preserve"> it did work well. We had heat maintained through the winter. It was one of the few </w:t>
      </w:r>
      <w:proofErr w:type="gramStart"/>
      <w:r>
        <w:rPr>
          <w:rFonts w:ascii="Arial" w:hAnsi="Arial"/>
        </w:rPr>
        <w:t>times</w:t>
      </w:r>
      <w:proofErr w:type="gramEnd"/>
      <w:r>
        <w:rPr>
          <w:rFonts w:ascii="Arial" w:hAnsi="Arial"/>
        </w:rPr>
        <w:t xml:space="preserve"> the first year that you could </w:t>
      </w:r>
      <w:proofErr w:type="gramStart"/>
      <w:r>
        <w:rPr>
          <w:rFonts w:ascii="Arial" w:hAnsi="Arial"/>
        </w:rPr>
        <w:t>actually go</w:t>
      </w:r>
      <w:proofErr w:type="gramEnd"/>
      <w:r>
        <w:rPr>
          <w:rFonts w:ascii="Arial" w:hAnsi="Arial"/>
        </w:rPr>
        <w:t xml:space="preserve"> into the tea room, which wasn't open to the public throughout the whole winter. But we use it in the winter for doing preparation work for the next season, and you could go in there without 6 t-shirts, three fleeces, and a hot water bottle in your backpack. </w:t>
      </w:r>
      <w:proofErr w:type="gramStart"/>
      <w:r>
        <w:rPr>
          <w:rFonts w:ascii="Arial" w:hAnsi="Arial"/>
        </w:rPr>
        <w:t>So</w:t>
      </w:r>
      <w:proofErr w:type="gramEnd"/>
      <w:r>
        <w:rPr>
          <w:rFonts w:ascii="Arial" w:hAnsi="Arial"/>
        </w:rPr>
        <w:t xml:space="preserve"> it was lovely to have a constant </w:t>
      </w:r>
      <w:proofErr w:type="gramStart"/>
      <w:r>
        <w:rPr>
          <w:rFonts w:ascii="Arial" w:hAnsi="Arial"/>
        </w:rPr>
        <w:t>warmth in the</w:t>
      </w:r>
      <w:proofErr w:type="gramEnd"/>
      <w:r>
        <w:rPr>
          <w:rFonts w:ascii="Arial" w:hAnsi="Arial"/>
        </w:rPr>
        <w:t xml:space="preserve"> in the building, </w:t>
      </w:r>
      <w:proofErr w:type="gramStart"/>
      <w:r>
        <w:rPr>
          <w:rFonts w:ascii="Arial" w:hAnsi="Arial"/>
        </w:rPr>
        <w:t>and also</w:t>
      </w:r>
      <w:proofErr w:type="gramEnd"/>
      <w:r>
        <w:rPr>
          <w:rFonts w:ascii="Arial" w:hAnsi="Arial"/>
        </w:rPr>
        <w:t xml:space="preserve"> there was a be</w:t>
      </w:r>
      <w:r>
        <w:rPr>
          <w:rFonts w:ascii="Arial" w:hAnsi="Arial"/>
        </w:rPr>
        <w:t xml:space="preserve">nefit </w:t>
      </w:r>
      <w:proofErr w:type="gramStart"/>
      <w:r>
        <w:rPr>
          <w:rFonts w:ascii="Arial" w:hAnsi="Arial"/>
        </w:rPr>
        <w:t>which was</w:t>
      </w:r>
      <w:proofErr w:type="gramEnd"/>
      <w:r>
        <w:rPr>
          <w:rFonts w:ascii="Arial" w:hAnsi="Arial"/>
        </w:rPr>
        <w:t xml:space="preserve"> wasn't initially expected, which was the tank outside being covered in black was additionally warmed from direct sunlight. The bottom right picture shows some icicles that were photographed as you walk into </w:t>
      </w:r>
      <w:proofErr w:type="spellStart"/>
      <w:r>
        <w:rPr>
          <w:rFonts w:ascii="Arial" w:hAnsi="Arial"/>
        </w:rPr>
        <w:t>Lochnell</w:t>
      </w:r>
      <w:proofErr w:type="spellEnd"/>
      <w:r>
        <w:rPr>
          <w:rFonts w:ascii="Arial" w:hAnsi="Arial"/>
        </w:rPr>
        <w:t xml:space="preserve"> Mine the other winter, which indicates the severity of the cold up there. Not only </w:t>
      </w:r>
      <w:proofErr w:type="gramStart"/>
      <w:r>
        <w:rPr>
          <w:rFonts w:ascii="Arial" w:hAnsi="Arial"/>
        </w:rPr>
        <w:t>the</w:t>
      </w:r>
      <w:proofErr w:type="gramEnd"/>
      <w:r>
        <w:rPr>
          <w:rFonts w:ascii="Arial" w:hAnsi="Arial"/>
        </w:rPr>
        <w:t xml:space="preserve"> cold, but the wind </w:t>
      </w:r>
      <w:proofErr w:type="gramStart"/>
      <w:r>
        <w:rPr>
          <w:rFonts w:ascii="Arial" w:hAnsi="Arial"/>
        </w:rPr>
        <w:t>chill</w:t>
      </w:r>
      <w:proofErr w:type="gramEnd"/>
      <w:r>
        <w:rPr>
          <w:rFonts w:ascii="Arial" w:hAnsi="Arial"/>
        </w:rPr>
        <w:t xml:space="preserve"> as well, and the system was extremely reliable. Next slide, please. So, can it work in other places? Yes, it can. It can work in any place that has </w:t>
      </w:r>
      <w:proofErr w:type="gramStart"/>
      <w:r>
        <w:rPr>
          <w:rFonts w:ascii="Arial" w:hAnsi="Arial"/>
        </w:rPr>
        <w:t>some a</w:t>
      </w:r>
      <w:proofErr w:type="gramEnd"/>
      <w:r>
        <w:rPr>
          <w:rFonts w:ascii="Arial" w:hAnsi="Arial"/>
        </w:rPr>
        <w:t xml:space="preserve"> source of wat</w:t>
      </w:r>
      <w:r>
        <w:rPr>
          <w:rFonts w:ascii="Arial" w:hAnsi="Arial"/>
        </w:rPr>
        <w:t xml:space="preserve">er. You can see there: ocean, stream, loch, river, </w:t>
      </w:r>
      <w:proofErr w:type="gramStart"/>
      <w:r>
        <w:rPr>
          <w:rFonts w:ascii="Arial" w:hAnsi="Arial"/>
        </w:rPr>
        <w:t>mine</w:t>
      </w:r>
      <w:proofErr w:type="gramEnd"/>
      <w:r>
        <w:rPr>
          <w:rFonts w:ascii="Arial" w:hAnsi="Arial"/>
        </w:rPr>
        <w:t xml:space="preserve"> water. </w:t>
      </w:r>
      <w:proofErr w:type="gramStart"/>
      <w:r>
        <w:rPr>
          <w:rFonts w:ascii="Arial" w:hAnsi="Arial"/>
        </w:rPr>
        <w:t>How do you how</w:t>
      </w:r>
      <w:proofErr w:type="gramEnd"/>
      <w:r>
        <w:rPr>
          <w:rFonts w:ascii="Arial" w:hAnsi="Arial"/>
        </w:rPr>
        <w:t xml:space="preserve"> do you get the heat? Well, we had to look at how we were going to get the heat from the burn into the into the visitor </w:t>
      </w:r>
      <w:proofErr w:type="spellStart"/>
      <w:r>
        <w:rPr>
          <w:rFonts w:ascii="Arial" w:hAnsi="Arial"/>
        </w:rPr>
        <w:t>centre</w:t>
      </w:r>
      <w:proofErr w:type="spellEnd"/>
      <w:r>
        <w:rPr>
          <w:rFonts w:ascii="Arial" w:hAnsi="Arial"/>
        </w:rPr>
        <w:t xml:space="preserve"> without causing major </w:t>
      </w:r>
      <w:proofErr w:type="spellStart"/>
      <w:r>
        <w:rPr>
          <w:rFonts w:ascii="Arial" w:hAnsi="Arial"/>
        </w:rPr>
        <w:t>major</w:t>
      </w:r>
      <w:proofErr w:type="spellEnd"/>
      <w:r>
        <w:rPr>
          <w:rFonts w:ascii="Arial" w:hAnsi="Arial"/>
        </w:rPr>
        <w:t xml:space="preserve"> disruption, and we've worked with </w:t>
      </w:r>
      <w:proofErr w:type="gramStart"/>
      <w:r>
        <w:rPr>
          <w:rFonts w:ascii="Arial" w:hAnsi="Arial"/>
        </w:rPr>
        <w:t>a another</w:t>
      </w:r>
      <w:proofErr w:type="gramEnd"/>
      <w:r>
        <w:rPr>
          <w:rFonts w:ascii="Arial" w:hAnsi="Arial"/>
        </w:rPr>
        <w:t xml:space="preserve"> company that's been collaborating with the professor's team, and they can use all the installed plumbing to retrofit heating and other cunning ways of putting downdraft heating in through the attic, so that we don't actually have to dis</w:t>
      </w:r>
      <w:r>
        <w:rPr>
          <w:rFonts w:ascii="Arial" w:hAnsi="Arial"/>
        </w:rPr>
        <w:t xml:space="preserve">mantle the museum to put the system in. Another </w:t>
      </w:r>
      <w:r>
        <w:rPr>
          <w:rFonts w:ascii="Arial" w:hAnsi="Arial"/>
        </w:rPr>
        <w:lastRenderedPageBreak/>
        <w:t>advantage is that if you've got a small area, you have one tank. We had one tank for the tea room. The whole museum is about twice that size, so we're having two tanks which will produce us twice as much heat, and you could do the same if you were a hotel and needed three tanks, you'd just have a bigger space for the tanks to sit outside. Next, next tank, next slide, please. So yes, of course, there are challenges. There's always challenges. Before we, before</w:t>
      </w:r>
      <w:r>
        <w:rPr>
          <w:rFonts w:ascii="Arial" w:hAnsi="Arial"/>
        </w:rPr>
        <w:t xml:space="preserve"> </w:t>
      </w:r>
      <w:r>
        <w:rPr>
          <w:rFonts w:ascii="Arial" w:hAnsi="Arial"/>
        </w:rPr>
        <w:t>the Innovation Fund came along, we'd been talking to a variety of public grant funds, and anyone who's applies for grants will know that it's a challenging task. And there's lots of things that look very attractive, but when you get into the nitty gritty, it can be very difficult. Some of the public grant funds which were available for community buildings, reduce your carbon footprint, have a grant from us, we'll make it work, except if it's new technology because that's a risk to take and it doesn't fit in</w:t>
      </w:r>
      <w:r>
        <w:rPr>
          <w:rFonts w:ascii="Arial" w:hAnsi="Arial"/>
        </w:rPr>
        <w:t xml:space="preserve"> with the comfortable patterns that are established already, and that that was a </w:t>
      </w:r>
      <w:proofErr w:type="spellStart"/>
      <w:r>
        <w:rPr>
          <w:rFonts w:ascii="Arial" w:hAnsi="Arial"/>
        </w:rPr>
        <w:t>a</w:t>
      </w:r>
      <w:proofErr w:type="spellEnd"/>
      <w:r>
        <w:rPr>
          <w:rFonts w:ascii="Arial" w:hAnsi="Arial"/>
        </w:rPr>
        <w:t xml:space="preserve"> lot of effort going into rabbit holes really with no funding coming out. Another problem was the fact that because this is innovative technology, there's only one of them, and when you try and persuade someone, you can't get three tenders because there's only one of them. A lot of people are rigid and will say, "Well, we can't, we can't consider funding that". Museums Galleries Scotland, of course, are completely different, a</w:t>
      </w:r>
      <w:r>
        <w:rPr>
          <w:rFonts w:ascii="Arial" w:hAnsi="Arial"/>
        </w:rPr>
        <w:t xml:space="preserve">s we well know, thank you, and with the right amount of information, were happy to accept a single tender process for this innovative project. </w:t>
      </w:r>
      <w:proofErr w:type="gramStart"/>
      <w:r>
        <w:rPr>
          <w:rFonts w:ascii="Arial" w:hAnsi="Arial"/>
        </w:rPr>
        <w:t>So</w:t>
      </w:r>
      <w:proofErr w:type="gramEnd"/>
      <w:r>
        <w:rPr>
          <w:rFonts w:ascii="Arial" w:hAnsi="Arial"/>
        </w:rPr>
        <w:t xml:space="preserve"> thank you for that. The other challenge is the time taken to get all the permissions in place. Everyone's been </w:t>
      </w:r>
      <w:proofErr w:type="gramStart"/>
      <w:r>
        <w:rPr>
          <w:rFonts w:ascii="Arial" w:hAnsi="Arial"/>
        </w:rPr>
        <w:t>really helpful</w:t>
      </w:r>
      <w:proofErr w:type="gramEnd"/>
      <w:r>
        <w:rPr>
          <w:rFonts w:ascii="Arial" w:hAnsi="Arial"/>
        </w:rPr>
        <w:t>, and everyone in the external agencies has been really interested in the project. But they have their rules, and we had to obey the rules. And it always takes longer. You can have a conversation where it all goes, "Yeah, oh, that's interest</w:t>
      </w:r>
      <w:r>
        <w:rPr>
          <w:rFonts w:ascii="Arial" w:hAnsi="Arial"/>
        </w:rPr>
        <w:t xml:space="preserve">ing. Oh, that's nice. Oh, yeah, we can do that". And then you do the paperwork, and it takes a lot longer to get </w:t>
      </w:r>
      <w:proofErr w:type="spellStart"/>
      <w:r>
        <w:rPr>
          <w:rFonts w:ascii="Arial" w:hAnsi="Arial"/>
        </w:rPr>
        <w:t>get</w:t>
      </w:r>
      <w:proofErr w:type="spellEnd"/>
      <w:r>
        <w:rPr>
          <w:rFonts w:ascii="Arial" w:hAnsi="Arial"/>
        </w:rPr>
        <w:t xml:space="preserve"> </w:t>
      </w:r>
      <w:proofErr w:type="spellStart"/>
      <w:r>
        <w:rPr>
          <w:rFonts w:ascii="Arial" w:hAnsi="Arial"/>
        </w:rPr>
        <w:t>get</w:t>
      </w:r>
      <w:proofErr w:type="spellEnd"/>
      <w:r>
        <w:rPr>
          <w:rFonts w:ascii="Arial" w:hAnsi="Arial"/>
        </w:rPr>
        <w:t xml:space="preserve"> through. SEPA obviously wants to know how much water we take out of the stream. There are different </w:t>
      </w:r>
      <w:proofErr w:type="spellStart"/>
      <w:r>
        <w:rPr>
          <w:rFonts w:ascii="Arial" w:hAnsi="Arial"/>
        </w:rPr>
        <w:t>licences</w:t>
      </w:r>
      <w:proofErr w:type="spellEnd"/>
      <w:r>
        <w:rPr>
          <w:rFonts w:ascii="Arial" w:hAnsi="Arial"/>
        </w:rPr>
        <w:t xml:space="preserve"> depending on how much you can and can't, and then depending on what size </w:t>
      </w:r>
      <w:proofErr w:type="spellStart"/>
      <w:r>
        <w:rPr>
          <w:rFonts w:ascii="Arial" w:hAnsi="Arial"/>
        </w:rPr>
        <w:t>licence</w:t>
      </w:r>
      <w:proofErr w:type="spellEnd"/>
      <w:r>
        <w:rPr>
          <w:rFonts w:ascii="Arial" w:hAnsi="Arial"/>
        </w:rPr>
        <w:t xml:space="preserve"> you've got, the cost changes quite dramatically. Fortunately, our volume of water to be abstracted and returned to the </w:t>
      </w:r>
      <w:proofErr w:type="gramStart"/>
      <w:r>
        <w:rPr>
          <w:rFonts w:ascii="Arial" w:hAnsi="Arial"/>
        </w:rPr>
        <w:t>stream is</w:t>
      </w:r>
      <w:proofErr w:type="gramEnd"/>
      <w:r>
        <w:rPr>
          <w:rFonts w:ascii="Arial" w:hAnsi="Arial"/>
        </w:rPr>
        <w:t xml:space="preserve"> </w:t>
      </w:r>
      <w:proofErr w:type="spellStart"/>
      <w:r>
        <w:rPr>
          <w:rFonts w:ascii="Arial" w:hAnsi="Arial"/>
        </w:rPr>
        <w:t>is</w:t>
      </w:r>
      <w:proofErr w:type="spellEnd"/>
      <w:r>
        <w:rPr>
          <w:rFonts w:ascii="Arial" w:hAnsi="Arial"/>
        </w:rPr>
        <w:t xml:space="preserve"> small. They also want to know what temperature it was returned </w:t>
      </w:r>
      <w:proofErr w:type="gramStart"/>
      <w:r>
        <w:rPr>
          <w:rFonts w:ascii="Arial" w:hAnsi="Arial"/>
        </w:rPr>
        <w:t>at</w:t>
      </w:r>
      <w:proofErr w:type="gramEnd"/>
      <w:r>
        <w:rPr>
          <w:rFonts w:ascii="Arial" w:hAnsi="Arial"/>
        </w:rPr>
        <w:t>, an</w:t>
      </w:r>
      <w:r>
        <w:rPr>
          <w:rFonts w:ascii="Arial" w:hAnsi="Arial"/>
        </w:rPr>
        <w:t xml:space="preserve">d this required some sort of investigation by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academic side of the team. The Fisheries Conservation Trust tongue twister. They were keen to tell us that there was no impact on the local salmon and trout, and you may be surprised to know that high up in the burn outside our museum, we do have small salmon and trout, and they're breeding in the stream, and of course we wouldn't want to impact on that. But the information tied in with SEPA, and they were happy for us to work within the parameters agree</w:t>
      </w:r>
      <w:r>
        <w:rPr>
          <w:rFonts w:ascii="Arial" w:hAnsi="Arial"/>
        </w:rPr>
        <w:t xml:space="preserve">d. The owner of the land, yes, </w:t>
      </w:r>
      <w:proofErr w:type="gramStart"/>
      <w:r>
        <w:rPr>
          <w:rFonts w:ascii="Arial" w:hAnsi="Arial"/>
        </w:rPr>
        <w:t>very</w:t>
      </w:r>
      <w:proofErr w:type="gramEnd"/>
      <w:r>
        <w:rPr>
          <w:rFonts w:ascii="Arial" w:hAnsi="Arial"/>
        </w:rPr>
        <w:t xml:space="preserve"> happy, but the lawyers </w:t>
      </w:r>
      <w:proofErr w:type="gramStart"/>
      <w:r>
        <w:rPr>
          <w:rFonts w:ascii="Arial" w:hAnsi="Arial"/>
        </w:rPr>
        <w:t>have to</w:t>
      </w:r>
      <w:proofErr w:type="gramEnd"/>
      <w:r>
        <w:rPr>
          <w:rFonts w:ascii="Arial" w:hAnsi="Arial"/>
        </w:rPr>
        <w:t xml:space="preserve"> </w:t>
      </w:r>
      <w:proofErr w:type="gramStart"/>
      <w:r>
        <w:rPr>
          <w:rFonts w:ascii="Arial" w:hAnsi="Arial"/>
        </w:rPr>
        <w:t>agree</w:t>
      </w:r>
      <w:proofErr w:type="gramEnd"/>
      <w:r>
        <w:rPr>
          <w:rFonts w:ascii="Arial" w:hAnsi="Arial"/>
        </w:rPr>
        <w:t xml:space="preserve"> it. So that took a while. We're adjacent to a special site of scientific interest. And </w:t>
      </w:r>
      <w:proofErr w:type="gramStart"/>
      <w:r>
        <w:rPr>
          <w:rFonts w:ascii="Arial" w:hAnsi="Arial"/>
        </w:rPr>
        <w:t>so</w:t>
      </w:r>
      <w:proofErr w:type="gramEnd"/>
      <w:r>
        <w:rPr>
          <w:rFonts w:ascii="Arial" w:hAnsi="Arial"/>
        </w:rPr>
        <w:t xml:space="preserve"> NatureScot said, "Yeah, great idea, but you have to go through the process. And then there's the planning permission, which is it just takes as long as it takes. We also had to consider the potential disruption to visitor access, but we're now moving to starting the work in September, in the middle of September, when we're open five days a week, a</w:t>
      </w:r>
      <w:r>
        <w:rPr>
          <w:rFonts w:ascii="Arial" w:hAnsi="Arial"/>
        </w:rPr>
        <w:t xml:space="preserve">nd we're most likely to check to close for the winter at the end of September, but sometimes we stay open in October. I say most likely because round about the end of September we put a finger up in the wind and </w:t>
      </w:r>
      <w:proofErr w:type="gramStart"/>
      <w:r>
        <w:rPr>
          <w:rFonts w:ascii="Arial" w:hAnsi="Arial"/>
        </w:rPr>
        <w:t>saying</w:t>
      </w:r>
      <w:proofErr w:type="gramEnd"/>
      <w:r>
        <w:rPr>
          <w:rFonts w:ascii="Arial" w:hAnsi="Arial"/>
        </w:rPr>
        <w:t xml:space="preserve">, "Are the visitors still coming? Should we stay </w:t>
      </w:r>
      <w:proofErr w:type="gramStart"/>
      <w:r>
        <w:rPr>
          <w:rFonts w:ascii="Arial" w:hAnsi="Arial"/>
        </w:rPr>
        <w:t>open</w:t>
      </w:r>
      <w:proofErr w:type="gramEnd"/>
      <w:r>
        <w:rPr>
          <w:rFonts w:ascii="Arial" w:hAnsi="Arial"/>
        </w:rPr>
        <w:t xml:space="preserve"> or shan't we? </w:t>
      </w:r>
      <w:proofErr w:type="gramStart"/>
      <w:r>
        <w:rPr>
          <w:rFonts w:ascii="Arial" w:hAnsi="Arial"/>
        </w:rPr>
        <w:t>So</w:t>
      </w:r>
      <w:proofErr w:type="gramEnd"/>
      <w:r>
        <w:rPr>
          <w:rFonts w:ascii="Arial" w:hAnsi="Arial"/>
        </w:rPr>
        <w:t xml:space="preserve"> it's </w:t>
      </w:r>
      <w:proofErr w:type="spellStart"/>
      <w:r>
        <w:rPr>
          <w:rFonts w:ascii="Arial" w:hAnsi="Arial"/>
        </w:rPr>
        <w:t>it's</w:t>
      </w:r>
      <w:proofErr w:type="spellEnd"/>
      <w:r>
        <w:rPr>
          <w:rFonts w:ascii="Arial" w:hAnsi="Arial"/>
        </w:rPr>
        <w:t xml:space="preserve"> very </w:t>
      </w:r>
      <w:proofErr w:type="spellStart"/>
      <w:r>
        <w:rPr>
          <w:rFonts w:ascii="Arial" w:hAnsi="Arial"/>
        </w:rPr>
        <w:t>very</w:t>
      </w:r>
      <w:proofErr w:type="spellEnd"/>
      <w:r>
        <w:rPr>
          <w:rFonts w:ascii="Arial" w:hAnsi="Arial"/>
        </w:rPr>
        <w:t xml:space="preserve"> academic. Next slide, please. So, for the future, well, thanks to the grant that we've received from MGS through the Innovation Fund and through the National Lottery Heritage Fund, I've got that the wron</w:t>
      </w:r>
      <w:r>
        <w:rPr>
          <w:rFonts w:ascii="Arial" w:hAnsi="Arial"/>
        </w:rPr>
        <w:t xml:space="preserve">g way round. We are installing a system that will benefit the whole of the visitor </w:t>
      </w:r>
      <w:proofErr w:type="spellStart"/>
      <w:r>
        <w:rPr>
          <w:rFonts w:ascii="Arial" w:hAnsi="Arial"/>
        </w:rPr>
        <w:t>centre</w:t>
      </w:r>
      <w:proofErr w:type="spellEnd"/>
      <w:r>
        <w:rPr>
          <w:rFonts w:ascii="Arial" w:hAnsi="Arial"/>
        </w:rPr>
        <w:t xml:space="preserve">, which includes the museum shop and tea room, we're anticipating a 75% reduction in heating costs, which currently </w:t>
      </w:r>
      <w:proofErr w:type="gramStart"/>
      <w:r>
        <w:rPr>
          <w:rFonts w:ascii="Arial" w:hAnsi="Arial"/>
        </w:rPr>
        <w:t>is</w:t>
      </w:r>
      <w:proofErr w:type="gramEnd"/>
      <w:r>
        <w:rPr>
          <w:rFonts w:ascii="Arial" w:hAnsi="Arial"/>
        </w:rPr>
        <w:t xml:space="preserve"> provided all by electricity. A significant reduction in carbon footprint, </w:t>
      </w:r>
      <w:proofErr w:type="gramStart"/>
      <w:r>
        <w:rPr>
          <w:rFonts w:ascii="Arial" w:hAnsi="Arial"/>
        </w:rPr>
        <w:t>and also</w:t>
      </w:r>
      <w:proofErr w:type="gramEnd"/>
      <w:r>
        <w:rPr>
          <w:rFonts w:ascii="Arial" w:hAnsi="Arial"/>
        </w:rPr>
        <w:t xml:space="preserve"> there's a massive potential for upscaling the plan for the whole village to benefit. I don't think the museum will be taking </w:t>
      </w:r>
      <w:proofErr w:type="gramStart"/>
      <w:r>
        <w:rPr>
          <w:rFonts w:ascii="Arial" w:hAnsi="Arial"/>
        </w:rPr>
        <w:t>a lead</w:t>
      </w:r>
      <w:proofErr w:type="gramEnd"/>
      <w:r>
        <w:rPr>
          <w:rFonts w:ascii="Arial" w:hAnsi="Arial"/>
        </w:rPr>
        <w:t xml:space="preserve"> for that, but as a pilot for the </w:t>
      </w:r>
      <w:r>
        <w:rPr>
          <w:rFonts w:ascii="Arial" w:hAnsi="Arial"/>
        </w:rPr>
        <w:lastRenderedPageBreak/>
        <w:t>whole museum, there's millions of gallons of water under</w:t>
      </w:r>
      <w:r>
        <w:rPr>
          <w:rFonts w:ascii="Arial" w:hAnsi="Arial"/>
        </w:rPr>
        <w:t xml:space="preserve">neath the village, and it would wouldn't take a lot. It would take a bit of money, but it wouldn't take a lot of thinking to implement that wider and in other areas which have got old mines underneath them, and next slide, please. I think is the end. </w:t>
      </w:r>
      <w:proofErr w:type="gramStart"/>
      <w:r>
        <w:rPr>
          <w:rFonts w:ascii="Arial" w:hAnsi="Arial"/>
        </w:rPr>
        <w:t>So</w:t>
      </w:r>
      <w:proofErr w:type="gramEnd"/>
      <w:r>
        <w:rPr>
          <w:rFonts w:ascii="Arial" w:hAnsi="Arial"/>
        </w:rPr>
        <w:t xml:space="preserve"> thank you very much. This is just proof that we do have glorious sunsets too, as well as snow and ice and wind and rain and sun. Thank you very much.</w:t>
      </w:r>
    </w:p>
    <w:p w14:paraId="73402705" w14:textId="77777777" w:rsidR="003A3F31" w:rsidRDefault="003A3F31">
      <w:pPr>
        <w:spacing w:after="0"/>
      </w:pPr>
    </w:p>
    <w:p w14:paraId="7F25E7F1"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46:54</w:t>
      </w:r>
      <w:proofErr w:type="gramEnd"/>
    </w:p>
    <w:p w14:paraId="6C4015F0" w14:textId="77777777" w:rsidR="003A3F31" w:rsidRDefault="00FA1E12">
      <w:pPr>
        <w:spacing w:after="0"/>
      </w:pPr>
      <w:r>
        <w:rPr>
          <w:rFonts w:ascii="Arial" w:hAnsi="Arial"/>
        </w:rPr>
        <w:t xml:space="preserve">Thank you so much, Kate. </w:t>
      </w:r>
      <w:proofErr w:type="gramStart"/>
      <w:r>
        <w:rPr>
          <w:rFonts w:ascii="Arial" w:hAnsi="Arial"/>
        </w:rPr>
        <w:t>That that</w:t>
      </w:r>
      <w:proofErr w:type="gramEnd"/>
      <w:r>
        <w:rPr>
          <w:rFonts w:ascii="Arial" w:hAnsi="Arial"/>
        </w:rPr>
        <w:t xml:space="preserve"> was </w:t>
      </w:r>
      <w:proofErr w:type="gramStart"/>
      <w:r>
        <w:rPr>
          <w:rFonts w:ascii="Arial" w:hAnsi="Arial"/>
        </w:rPr>
        <w:t>really interesting</w:t>
      </w:r>
      <w:proofErr w:type="gramEnd"/>
      <w:r>
        <w:rPr>
          <w:rFonts w:ascii="Arial" w:hAnsi="Arial"/>
        </w:rPr>
        <w:t xml:space="preserve">, and we at MGS are so excited about this project, this is something -It was one of the first projects to be to be given the innovation funding last year. </w:t>
      </w:r>
      <w:proofErr w:type="gramStart"/>
      <w:r>
        <w:rPr>
          <w:rFonts w:ascii="Arial" w:hAnsi="Arial"/>
        </w:rPr>
        <w:t>So</w:t>
      </w:r>
      <w:proofErr w:type="gramEnd"/>
      <w:r>
        <w:rPr>
          <w:rFonts w:ascii="Arial" w:hAnsi="Arial"/>
        </w:rPr>
        <w:t xml:space="preserve"> we're just so excited about it. The potential that it has, </w:t>
      </w:r>
      <w:proofErr w:type="gramStart"/>
      <w:r>
        <w:rPr>
          <w:rFonts w:ascii="Arial" w:hAnsi="Arial"/>
        </w:rPr>
        <w:t>the you</w:t>
      </w:r>
      <w:proofErr w:type="gramEnd"/>
      <w:r>
        <w:rPr>
          <w:rFonts w:ascii="Arial" w:hAnsi="Arial"/>
        </w:rPr>
        <w:t xml:space="preserve"> know that the sustainable impact of it, but also </w:t>
      </w:r>
      <w:proofErr w:type="gramStart"/>
      <w:r>
        <w:rPr>
          <w:rFonts w:ascii="Arial" w:hAnsi="Arial"/>
        </w:rPr>
        <w:t>the you</w:t>
      </w:r>
      <w:proofErr w:type="gramEnd"/>
      <w:r>
        <w:rPr>
          <w:rFonts w:ascii="Arial" w:hAnsi="Arial"/>
        </w:rPr>
        <w:t xml:space="preserve"> know the reduction of the </w:t>
      </w:r>
      <w:proofErr w:type="spellStart"/>
      <w:r>
        <w:rPr>
          <w:rFonts w:ascii="Arial" w:hAnsi="Arial"/>
        </w:rPr>
        <w:t>the</w:t>
      </w:r>
      <w:proofErr w:type="spellEnd"/>
      <w:r>
        <w:rPr>
          <w:rFonts w:ascii="Arial" w:hAnsi="Arial"/>
        </w:rPr>
        <w:t xml:space="preserve"> costs that you have within your museum-it's just going to be really-it's-it's quite revolutionary, to be honest. And we are so excited to be able to support it and to b</w:t>
      </w:r>
      <w:r>
        <w:rPr>
          <w:rFonts w:ascii="Arial" w:hAnsi="Arial"/>
        </w:rPr>
        <w:t xml:space="preserve">e part of it. And so, thank you so </w:t>
      </w:r>
      <w:proofErr w:type="gramStart"/>
      <w:r>
        <w:rPr>
          <w:rFonts w:ascii="Arial" w:hAnsi="Arial"/>
        </w:rPr>
        <w:t>much for</w:t>
      </w:r>
      <w:proofErr w:type="gramEnd"/>
      <w:r>
        <w:rPr>
          <w:rFonts w:ascii="Arial" w:hAnsi="Arial"/>
        </w:rPr>
        <w:t xml:space="preserve"> </w:t>
      </w:r>
      <w:proofErr w:type="spellStart"/>
      <w:r>
        <w:rPr>
          <w:rFonts w:ascii="Arial" w:hAnsi="Arial"/>
        </w:rPr>
        <w:t>for</w:t>
      </w:r>
      <w:proofErr w:type="spellEnd"/>
      <w:r>
        <w:rPr>
          <w:rFonts w:ascii="Arial" w:hAnsi="Arial"/>
        </w:rPr>
        <w:t xml:space="preserve"> sharing that, Kate. </w:t>
      </w:r>
      <w:proofErr w:type="gramStart"/>
      <w:r>
        <w:rPr>
          <w:rFonts w:ascii="Arial" w:hAnsi="Arial"/>
        </w:rPr>
        <w:t>That was that</w:t>
      </w:r>
      <w:proofErr w:type="gramEnd"/>
      <w:r>
        <w:rPr>
          <w:rFonts w:ascii="Arial" w:hAnsi="Arial"/>
        </w:rPr>
        <w:t xml:space="preserve"> was great. And as I said before, if you do have any questions for Kate or John, please feel free to pop them into the chat just now, or take a wee note of them, and then we will open up for that at the end after all the speakers have </w:t>
      </w:r>
      <w:proofErr w:type="spellStart"/>
      <w:r>
        <w:rPr>
          <w:rFonts w:ascii="Arial" w:hAnsi="Arial"/>
        </w:rPr>
        <w:t>have</w:t>
      </w:r>
      <w:proofErr w:type="spellEnd"/>
      <w:r>
        <w:rPr>
          <w:rFonts w:ascii="Arial" w:hAnsi="Arial"/>
        </w:rPr>
        <w:t xml:space="preserve"> presented. </w:t>
      </w:r>
      <w:proofErr w:type="gramStart"/>
      <w:r>
        <w:rPr>
          <w:rFonts w:ascii="Arial" w:hAnsi="Arial"/>
        </w:rPr>
        <w:t>So</w:t>
      </w:r>
      <w:proofErr w:type="gramEnd"/>
      <w:r>
        <w:rPr>
          <w:rFonts w:ascii="Arial" w:hAnsi="Arial"/>
        </w:rPr>
        <w:t xml:space="preserve"> I'm just now going to switch over to the Dundee Heritage Trust with Ashley Pink, and I will just mute myself again and hand over to you, Ashley.</w:t>
      </w:r>
    </w:p>
    <w:p w14:paraId="71968F19" w14:textId="77777777" w:rsidR="003A3F31" w:rsidRDefault="003A3F31">
      <w:pPr>
        <w:spacing w:after="0"/>
      </w:pPr>
    </w:p>
    <w:p w14:paraId="37FC961D" w14:textId="77777777" w:rsidR="003A3F31" w:rsidRDefault="00FA1E12">
      <w:pPr>
        <w:spacing w:after="0"/>
      </w:pPr>
      <w:r>
        <w:rPr>
          <w:rFonts w:ascii="Arial" w:hAnsi="Arial"/>
          <w:b/>
        </w:rPr>
        <w:t xml:space="preserve">Ashley </w:t>
      </w:r>
      <w:proofErr w:type="gramStart"/>
      <w:r>
        <w:rPr>
          <w:rFonts w:ascii="Arial" w:hAnsi="Arial"/>
          <w:b/>
        </w:rPr>
        <w:t xml:space="preserve">Pink  </w:t>
      </w:r>
      <w:r>
        <w:rPr>
          <w:rFonts w:ascii="Arial" w:hAnsi="Arial"/>
          <w:color w:val="5D7284"/>
        </w:rPr>
        <w:t>48:01</w:t>
      </w:r>
      <w:proofErr w:type="gramEnd"/>
    </w:p>
    <w:p w14:paraId="70179CE4" w14:textId="77777777" w:rsidR="003A3F31" w:rsidRDefault="00FA1E12">
      <w:pPr>
        <w:spacing w:after="0"/>
      </w:pPr>
      <w:r>
        <w:rPr>
          <w:rFonts w:ascii="Arial" w:hAnsi="Arial"/>
        </w:rPr>
        <w:t xml:space="preserve">Thank you, Gillian. I'm Ashley. I am a blonde woman in my early 40s now, and I have a black top on. So, I'm here to talk about our Discovery Mast Climb, where, like many heritage </w:t>
      </w:r>
      <w:proofErr w:type="spellStart"/>
      <w:r>
        <w:rPr>
          <w:rFonts w:ascii="Arial" w:hAnsi="Arial"/>
        </w:rPr>
        <w:t>organisations</w:t>
      </w:r>
      <w:proofErr w:type="spellEnd"/>
      <w:r>
        <w:rPr>
          <w:rFonts w:ascii="Arial" w:hAnsi="Arial"/>
        </w:rPr>
        <w:t xml:space="preserve">, we constantly ask ourselves the same question: how </w:t>
      </w:r>
      <w:proofErr w:type="gramStart"/>
      <w:r>
        <w:rPr>
          <w:rFonts w:ascii="Arial" w:hAnsi="Arial"/>
        </w:rPr>
        <w:t>we</w:t>
      </w:r>
      <w:proofErr w:type="gramEnd"/>
      <w:r>
        <w:rPr>
          <w:rFonts w:ascii="Arial" w:hAnsi="Arial"/>
        </w:rPr>
        <w:t xml:space="preserve"> encourage new audiences to visit while giving returning visitors a reason to come back. One of our biggest assets is the RRS Discovery, an incredible ship with an amazing story. But we </w:t>
      </w:r>
      <w:proofErr w:type="spellStart"/>
      <w:r>
        <w:rPr>
          <w:rFonts w:ascii="Arial" w:hAnsi="Arial"/>
        </w:rPr>
        <w:t>recognise</w:t>
      </w:r>
      <w:proofErr w:type="spellEnd"/>
      <w:r>
        <w:rPr>
          <w:rFonts w:ascii="Arial" w:hAnsi="Arial"/>
        </w:rPr>
        <w:t xml:space="preserve"> that there were areas of the visitor experience that had remained largely unchanged for many years. I wanted to create something that was exciting, memorable, and commercially sustainable without compromising the integrity of the ship or the experi</w:t>
      </w:r>
      <w:r>
        <w:rPr>
          <w:rFonts w:ascii="Arial" w:hAnsi="Arial"/>
        </w:rPr>
        <w:t xml:space="preserve">ence for our visitors. After exploring </w:t>
      </w:r>
      <w:proofErr w:type="gramStart"/>
      <w:r>
        <w:rPr>
          <w:rFonts w:ascii="Arial" w:hAnsi="Arial"/>
        </w:rPr>
        <w:t>a number of</w:t>
      </w:r>
      <w:proofErr w:type="gramEnd"/>
      <w:r>
        <w:rPr>
          <w:rFonts w:ascii="Arial" w:hAnsi="Arial"/>
        </w:rPr>
        <w:t xml:space="preserve"> concepts, I partnered up with Zone Events, who are specialists in adventure experiences, to investigate whether a mast climb would become a reality. What sounded like a relatively simple idea </w:t>
      </w:r>
      <w:proofErr w:type="gramStart"/>
      <w:r>
        <w:rPr>
          <w:rFonts w:ascii="Arial" w:hAnsi="Arial"/>
        </w:rPr>
        <w:t>actually became</w:t>
      </w:r>
      <w:proofErr w:type="gramEnd"/>
      <w:r>
        <w:rPr>
          <w:rFonts w:ascii="Arial" w:hAnsi="Arial"/>
        </w:rPr>
        <w:t xml:space="preserve"> a year-long journey of planning, engineering, heritage considerations, and collaborations. Next slide, please. From the outset, safety and conservation had to come before everything else. Originally, we had planned to allow visitors to climb both of our</w:t>
      </w:r>
      <w:r>
        <w:rPr>
          <w:rFonts w:ascii="Arial" w:hAnsi="Arial"/>
        </w:rPr>
        <w:t xml:space="preserve"> masts and zip wire across from one to the other, however, as the project developed, it became clear this would significantly impact the visitors on the ship - </w:t>
      </w:r>
      <w:proofErr w:type="spellStart"/>
      <w:r>
        <w:rPr>
          <w:rFonts w:ascii="Arial" w:hAnsi="Arial"/>
        </w:rPr>
        <w:t>ie</w:t>
      </w:r>
      <w:proofErr w:type="spellEnd"/>
      <w:r>
        <w:rPr>
          <w:rFonts w:ascii="Arial" w:hAnsi="Arial"/>
        </w:rPr>
        <w:t>, wouldn't be able to have anybody on the ship at all whilst that that experience was ongoing. Large sections of it would have to be closed off for extended periods, which would reduce our core visitor offer. So rather than forcing that idea to work, we adapted, and our final design focused on a single mast climb, allowing us to create the experien</w:t>
      </w:r>
      <w:r>
        <w:rPr>
          <w:rFonts w:ascii="Arial" w:hAnsi="Arial"/>
        </w:rPr>
        <w:t xml:space="preserve">ce while keeping </w:t>
      </w:r>
      <w:proofErr w:type="gramStart"/>
      <w:r>
        <w:rPr>
          <w:rFonts w:ascii="Arial" w:hAnsi="Arial"/>
        </w:rPr>
        <w:t>the majority of</w:t>
      </w:r>
      <w:proofErr w:type="gramEnd"/>
      <w:r>
        <w:rPr>
          <w:rFonts w:ascii="Arial" w:hAnsi="Arial"/>
        </w:rPr>
        <w:t xml:space="preserve"> the ship accessible to every visitor. Innovation isn't always about sticking rigidly to the first idea. Sometimes it does mean you have to change direction when the evidence tells you to do so. As a heritage attraction. We couldn't simply install climbing equipment and </w:t>
      </w:r>
      <w:proofErr w:type="gramStart"/>
      <w:r>
        <w:rPr>
          <w:rFonts w:ascii="Arial" w:hAnsi="Arial"/>
        </w:rPr>
        <w:t>open</w:t>
      </w:r>
      <w:proofErr w:type="gramEnd"/>
      <w:r>
        <w:rPr>
          <w:rFonts w:ascii="Arial" w:hAnsi="Arial"/>
        </w:rPr>
        <w:t xml:space="preserve"> to the public. Every element of it </w:t>
      </w:r>
      <w:proofErr w:type="gramStart"/>
      <w:r>
        <w:rPr>
          <w:rFonts w:ascii="Arial" w:hAnsi="Arial"/>
        </w:rPr>
        <w:t>required</w:t>
      </w:r>
      <w:proofErr w:type="gramEnd"/>
      <w:r>
        <w:rPr>
          <w:rFonts w:ascii="Arial" w:hAnsi="Arial"/>
        </w:rPr>
        <w:t xml:space="preserve"> detailed assessment. This included engineering reports on the ship, rigging reports, heritage impact assessments, extensive risk assessments, operational planni</w:t>
      </w:r>
      <w:r>
        <w:rPr>
          <w:rFonts w:ascii="Arial" w:hAnsi="Arial"/>
        </w:rPr>
        <w:t xml:space="preserve">ng, staff training, emergency procedures, specialist climbing equipment </w:t>
      </w:r>
      <w:proofErr w:type="gramStart"/>
      <w:r>
        <w:rPr>
          <w:rFonts w:ascii="Arial" w:hAnsi="Arial"/>
        </w:rPr>
        <w:t>and also</w:t>
      </w:r>
      <w:proofErr w:type="gramEnd"/>
      <w:r>
        <w:rPr>
          <w:rFonts w:ascii="Arial" w:hAnsi="Arial"/>
        </w:rPr>
        <w:t xml:space="preserve"> European certification and sign off for the climbing system, which takes months. </w:t>
      </w:r>
      <w:proofErr w:type="gramStart"/>
      <w:r>
        <w:rPr>
          <w:rFonts w:ascii="Arial" w:hAnsi="Arial"/>
        </w:rPr>
        <w:t>So</w:t>
      </w:r>
      <w:proofErr w:type="gramEnd"/>
      <w:r>
        <w:rPr>
          <w:rFonts w:ascii="Arial" w:hAnsi="Arial"/>
        </w:rPr>
        <w:t xml:space="preserve"> it's not a quick </w:t>
      </w:r>
      <w:proofErr w:type="spellStart"/>
      <w:r>
        <w:rPr>
          <w:rFonts w:ascii="Arial" w:hAnsi="Arial"/>
        </w:rPr>
        <w:t>quick</w:t>
      </w:r>
      <w:proofErr w:type="spellEnd"/>
      <w:r>
        <w:rPr>
          <w:rFonts w:ascii="Arial" w:hAnsi="Arial"/>
        </w:rPr>
        <w:t xml:space="preserve"> process. Because the experience is attached to nationally important historic vessel, every decision had to </w:t>
      </w:r>
      <w:r>
        <w:rPr>
          <w:rFonts w:ascii="Arial" w:hAnsi="Arial"/>
        </w:rPr>
        <w:lastRenderedPageBreak/>
        <w:t>balance visitor experience with conservation responsibilities, and that took a lot of patience, a lot of collaboration and a lot of problem solving, but it ensured that when we did launch, we had complete confidence i</w:t>
      </w:r>
      <w:r>
        <w:rPr>
          <w:rFonts w:ascii="Arial" w:hAnsi="Arial"/>
        </w:rPr>
        <w:t>n both the visitor experience and the safety of everyone involved in it. When the launch day arrived, we wanted it to feel like a genuine milestone for Discovery Point, and we were delighted to launch the experience alongside Dan Snow, a BBC presenter, and Lorraine Kelly, both passionate advocates for Discovery Point, and we're very lucky that they are patrons. Their involvement generated fantastic publicity and helped position the mast claim as something much bigger than another activity, and it became a n</w:t>
      </w:r>
      <w:r>
        <w:rPr>
          <w:rFonts w:ascii="Arial" w:hAnsi="Arial"/>
        </w:rPr>
        <w:t xml:space="preserve">ew way of experiencing one of Scotland's most important historic attractions. We've seen a 400% increase in our Instagram visits, a 640% increase in our mailing list sign up versus previous year, following our announcement that Lorraine and Dan would be doing it, and national and global interest. We had never seen this before at Discovery Point. It was completely unprecedented. Next slide, please. So, what the innovation really meant, it wasn't just about putting people up a mast. It changed how we thought </w:t>
      </w:r>
      <w:r>
        <w:rPr>
          <w:rFonts w:ascii="Arial" w:hAnsi="Arial"/>
        </w:rPr>
        <w:t xml:space="preserve">about our </w:t>
      </w:r>
      <w:proofErr w:type="spellStart"/>
      <w:r>
        <w:rPr>
          <w:rFonts w:ascii="Arial" w:hAnsi="Arial"/>
        </w:rPr>
        <w:t>organisation</w:t>
      </w:r>
      <w:proofErr w:type="spellEnd"/>
      <w:r>
        <w:rPr>
          <w:rFonts w:ascii="Arial" w:hAnsi="Arial"/>
        </w:rPr>
        <w:t xml:space="preserve">, and it changed what </w:t>
      </w:r>
      <w:proofErr w:type="spellStart"/>
      <w:r>
        <w:rPr>
          <w:rFonts w:ascii="Arial" w:hAnsi="Arial"/>
        </w:rPr>
        <w:t>what</w:t>
      </w:r>
      <w:proofErr w:type="spellEnd"/>
      <w:r>
        <w:rPr>
          <w:rFonts w:ascii="Arial" w:hAnsi="Arial"/>
        </w:rPr>
        <w:t xml:space="preserve"> we wanted to do in terms of following that experience through into our retail. And it demonstrated to us that heritage doesn't need to remain static. Visitors increasingly want immersive experiences rather than simply observing history, and for us, it made us look at our retail range</w:t>
      </w:r>
      <w:r>
        <w:rPr>
          <w:rFonts w:ascii="Arial" w:hAnsi="Arial"/>
        </w:rPr>
        <w:t xml:space="preserve"> </w:t>
      </w:r>
      <w:r>
        <w:rPr>
          <w:rFonts w:ascii="Arial" w:hAnsi="Arial"/>
        </w:rPr>
        <w:t xml:space="preserve">and develop that so people could take a bit of the </w:t>
      </w:r>
      <w:proofErr w:type="gramStart"/>
      <w:r>
        <w:rPr>
          <w:rFonts w:ascii="Arial" w:hAnsi="Arial"/>
        </w:rPr>
        <w:t>mast</w:t>
      </w:r>
      <w:proofErr w:type="gramEnd"/>
      <w:r>
        <w:rPr>
          <w:rFonts w:ascii="Arial" w:hAnsi="Arial"/>
        </w:rPr>
        <w:t xml:space="preserve"> climb home with us. The mast climb allows people to experience the ship more closely to how Shackleton's crew would have viewed it, looking out across the River Tay from high above the deck, and the emotional connection to that was extremely powerful. And likewise, that followed through into our retail. Although it is still </w:t>
      </w:r>
      <w:proofErr w:type="gramStart"/>
      <w:r>
        <w:rPr>
          <w:rFonts w:ascii="Arial" w:hAnsi="Arial"/>
        </w:rPr>
        <w:t>really new</w:t>
      </w:r>
      <w:proofErr w:type="gramEnd"/>
      <w:r>
        <w:rPr>
          <w:rFonts w:ascii="Arial" w:hAnsi="Arial"/>
        </w:rPr>
        <w:t xml:space="preserve">, we only launched it this year, we've already seen encouraging outcomes. We have generated significant media interest, </w:t>
      </w:r>
      <w:r>
        <w:rPr>
          <w:rFonts w:ascii="Arial" w:hAnsi="Arial"/>
        </w:rPr>
        <w:t xml:space="preserve">a new kind of vibe of excitement around Discovery Point. We've got repeat visits from local audiences. We've got increased engagement across our digital </w:t>
      </w:r>
      <w:proofErr w:type="gramStart"/>
      <w:r>
        <w:rPr>
          <w:rFonts w:ascii="Arial" w:hAnsi="Arial"/>
        </w:rPr>
        <w:t>channels</w:t>
      </w:r>
      <w:proofErr w:type="gramEnd"/>
      <w:r>
        <w:rPr>
          <w:rFonts w:ascii="Arial" w:hAnsi="Arial"/>
        </w:rPr>
        <w:t xml:space="preserve"> and our mailing list has absolutely exploded with lots of new subscribers, and we've also introduced new audiences who may never have previously considered visiting a maritime museum. Importantly, it also changed conversations about Discovery Point. People are now talking about us not only as a museum but somewhere where they can have a unique expe</w:t>
      </w:r>
      <w:r>
        <w:rPr>
          <w:rFonts w:ascii="Arial" w:hAnsi="Arial"/>
        </w:rPr>
        <w:t xml:space="preserve">rience, and it's allowed us to develop not only our retail but our </w:t>
      </w:r>
      <w:proofErr w:type="spellStart"/>
      <w:r>
        <w:rPr>
          <w:rFonts w:ascii="Arial" w:hAnsi="Arial"/>
        </w:rPr>
        <w:t>our</w:t>
      </w:r>
      <w:proofErr w:type="spellEnd"/>
      <w:r>
        <w:rPr>
          <w:rFonts w:ascii="Arial" w:hAnsi="Arial"/>
        </w:rPr>
        <w:t xml:space="preserve"> conference and events offer, where we have people that come, can dine in our wardroom, and then go up the mast and experience all aspects of what the crew did 125 years ago. Next slide, please. This all was in conjunction with celebrating 125 years of Discovery, and anybody that works in this sector knows an anniversary also generates significant media interest </w:t>
      </w:r>
      <w:proofErr w:type="gramStart"/>
      <w:r>
        <w:rPr>
          <w:rFonts w:ascii="Arial" w:hAnsi="Arial"/>
        </w:rPr>
        <w:t>and also</w:t>
      </w:r>
      <w:proofErr w:type="gramEnd"/>
      <w:r>
        <w:rPr>
          <w:rFonts w:ascii="Arial" w:hAnsi="Arial"/>
        </w:rPr>
        <w:t xml:space="preserve"> gives a different buzz about the place. </w:t>
      </w:r>
      <w:proofErr w:type="gramStart"/>
      <w:r>
        <w:rPr>
          <w:rFonts w:ascii="Arial" w:hAnsi="Arial"/>
        </w:rPr>
        <w:t>So</w:t>
      </w:r>
      <w:proofErr w:type="gramEnd"/>
      <w:r>
        <w:rPr>
          <w:rFonts w:ascii="Arial" w:hAnsi="Arial"/>
        </w:rPr>
        <w:t xml:space="preserve"> </w:t>
      </w:r>
      <w:proofErr w:type="gramStart"/>
      <w:r>
        <w:rPr>
          <w:rFonts w:ascii="Arial" w:hAnsi="Arial"/>
        </w:rPr>
        <w:t>the 125</w:t>
      </w:r>
      <w:proofErr w:type="gramEnd"/>
      <w:r>
        <w:rPr>
          <w:rFonts w:ascii="Arial" w:hAnsi="Arial"/>
        </w:rPr>
        <w:t xml:space="preserve"> was where we real</w:t>
      </w:r>
      <w:r>
        <w:rPr>
          <w:rFonts w:ascii="Arial" w:hAnsi="Arial"/>
        </w:rPr>
        <w:t>ly launched hard with our discovery mass climb, and the partnerships that are involved in that have made all this possible. Collaboration has been key to getting this off the ground. Working with Zone Events brought expertise that we didn't have internally, and equally important was the willingness of our operations team, our heritage team, our facilities team, our marketing team to work together towards one common goal. Innovation in museums is rarely delivered by one department. It happens when people wit</w:t>
      </w:r>
      <w:r>
        <w:rPr>
          <w:rFonts w:ascii="Arial" w:hAnsi="Arial"/>
        </w:rPr>
        <w:t xml:space="preserve">h different skill sets come together and are prepared to challenge traditional ways of thinking. What we've learned over the last year is something I'd like to share with you. Firstly, don't be afraid to </w:t>
      </w:r>
      <w:proofErr w:type="gramStart"/>
      <w:r>
        <w:rPr>
          <w:rFonts w:ascii="Arial" w:hAnsi="Arial"/>
        </w:rPr>
        <w:t>adapt</w:t>
      </w:r>
      <w:proofErr w:type="gramEnd"/>
      <w:r>
        <w:rPr>
          <w:rFonts w:ascii="Arial" w:hAnsi="Arial"/>
        </w:rPr>
        <w:t xml:space="preserve"> your original vision. Changing from two masts to one mast wasn't a compromise. </w:t>
      </w:r>
      <w:proofErr w:type="gramStart"/>
      <w:r>
        <w:rPr>
          <w:rFonts w:ascii="Arial" w:hAnsi="Arial"/>
        </w:rPr>
        <w:t>Actually, produced</w:t>
      </w:r>
      <w:proofErr w:type="gramEnd"/>
      <w:r>
        <w:rPr>
          <w:rFonts w:ascii="Arial" w:hAnsi="Arial"/>
        </w:rPr>
        <w:t xml:space="preserve"> a stronger visitor experience while protecting our core offer. Secondly, involve your partners early. Having their expertise early on helped us avoid problems before they became expensive ones. Remember, </w:t>
      </w:r>
      <w:r>
        <w:rPr>
          <w:rFonts w:ascii="Arial" w:hAnsi="Arial"/>
        </w:rPr>
        <w:t xml:space="preserve">innovation isn't always about technology. It's about sweating the assets that you have, and sometimes it's about seeing those assets in a different way. We already had one of the world's most famous exploration ships. The challenge was finding new ways for visitors to see that. Museums are </w:t>
      </w:r>
      <w:r>
        <w:rPr>
          <w:rFonts w:ascii="Arial" w:hAnsi="Arial"/>
        </w:rPr>
        <w:lastRenderedPageBreak/>
        <w:t>often viewed as places that preserve the past, but I believe they should be somewhere that confidently embraces the future as well. Innovation doesn't always mean changing who we are. It's finding new ways to tell old sto</w:t>
      </w:r>
      <w:r>
        <w:rPr>
          <w:rFonts w:ascii="Arial" w:hAnsi="Arial"/>
        </w:rPr>
        <w:t xml:space="preserve">ries, to reach new audiences, and ensure our </w:t>
      </w:r>
      <w:proofErr w:type="spellStart"/>
      <w:r>
        <w:rPr>
          <w:rFonts w:ascii="Arial" w:hAnsi="Arial"/>
        </w:rPr>
        <w:t>organisations</w:t>
      </w:r>
      <w:proofErr w:type="spellEnd"/>
      <w:r>
        <w:rPr>
          <w:rFonts w:ascii="Arial" w:hAnsi="Arial"/>
        </w:rPr>
        <w:t xml:space="preserve"> remain sustainable for generations to come. The Discovery Mast Climb has shown us that visitors are looking for memorable, meaningful experiences, and heritage </w:t>
      </w:r>
      <w:proofErr w:type="spellStart"/>
      <w:r>
        <w:rPr>
          <w:rFonts w:ascii="Arial" w:hAnsi="Arial"/>
        </w:rPr>
        <w:t>organisations</w:t>
      </w:r>
      <w:proofErr w:type="spellEnd"/>
      <w:r>
        <w:rPr>
          <w:rFonts w:ascii="Arial" w:hAnsi="Arial"/>
        </w:rPr>
        <w:t xml:space="preserve"> are perfectly placed to do that. Last slide. And then we've </w:t>
      </w:r>
      <w:proofErr w:type="gramStart"/>
      <w:r>
        <w:rPr>
          <w:rFonts w:ascii="Arial" w:hAnsi="Arial"/>
        </w:rPr>
        <w:t>repackaged</w:t>
      </w:r>
      <w:proofErr w:type="gramEnd"/>
      <w:r>
        <w:rPr>
          <w:rFonts w:ascii="Arial" w:hAnsi="Arial"/>
        </w:rPr>
        <w:t>. We've been able to repackage everything that we offer internally now. So, our wardroom, as I touched on before, has now become a real core part of our travel trade alongside the Discovery Mast Climb, we're a</w:t>
      </w:r>
      <w:r>
        <w:rPr>
          <w:rFonts w:ascii="Arial" w:hAnsi="Arial"/>
        </w:rPr>
        <w:t xml:space="preserve">ble to market ourselves now to a luxury travel trade that we weren't able to before, and be able to put this as a destination. Not only just having something you can come to for two hours, but having the </w:t>
      </w:r>
      <w:proofErr w:type="gramStart"/>
      <w:r>
        <w:rPr>
          <w:rFonts w:ascii="Arial" w:hAnsi="Arial"/>
        </w:rPr>
        <w:t>mast</w:t>
      </w:r>
      <w:proofErr w:type="gramEnd"/>
      <w:r>
        <w:rPr>
          <w:rFonts w:ascii="Arial" w:hAnsi="Arial"/>
        </w:rPr>
        <w:t xml:space="preserve"> climb means that our dwell time has increased as well, which is key for all of us in terms of getting that average visitor spend to be a bit higher. But sorry, is my Irish setter coming in to join in? Apologies. And next slide, please. So, eyes on the horizon. We have got more to come. We're really lo</w:t>
      </w:r>
      <w:r>
        <w:rPr>
          <w:rFonts w:ascii="Arial" w:hAnsi="Arial"/>
        </w:rPr>
        <w:t>oking forward to what's ahead, and I will welcome any questions that you have.</w:t>
      </w:r>
    </w:p>
    <w:p w14:paraId="54EAC62C" w14:textId="77777777" w:rsidR="003A3F31" w:rsidRDefault="003A3F31">
      <w:pPr>
        <w:spacing w:after="0"/>
      </w:pPr>
    </w:p>
    <w:p w14:paraId="4DC15CD3"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56:14</w:t>
      </w:r>
      <w:proofErr w:type="gramEnd"/>
    </w:p>
    <w:p w14:paraId="0E12F880" w14:textId="77777777" w:rsidR="003A3F31" w:rsidRDefault="00FA1E12">
      <w:pPr>
        <w:spacing w:after="0"/>
      </w:pPr>
      <w:r>
        <w:rPr>
          <w:rFonts w:ascii="Arial" w:hAnsi="Arial"/>
        </w:rPr>
        <w:t xml:space="preserve">Thank you so much, Ashley. That is fantastic. I'm just going to stop sharing my screen there. So, I'm </w:t>
      </w:r>
      <w:proofErr w:type="gramStart"/>
      <w:r>
        <w:rPr>
          <w:rFonts w:ascii="Arial" w:hAnsi="Arial"/>
        </w:rPr>
        <w:t>really</w:t>
      </w:r>
      <w:proofErr w:type="gramEnd"/>
      <w:r>
        <w:rPr>
          <w:rFonts w:ascii="Arial" w:hAnsi="Arial"/>
        </w:rPr>
        <w:t xml:space="preserve"> I'm kind of frantically jotting down points and things to </w:t>
      </w:r>
      <w:proofErr w:type="spellStart"/>
      <w:r>
        <w:rPr>
          <w:rFonts w:ascii="Arial" w:hAnsi="Arial"/>
        </w:rPr>
        <w:t>to</w:t>
      </w:r>
      <w:proofErr w:type="spellEnd"/>
      <w:r>
        <w:rPr>
          <w:rFonts w:ascii="Arial" w:hAnsi="Arial"/>
        </w:rPr>
        <w:t xml:space="preserve"> sort of reiterate because I think </w:t>
      </w:r>
      <w:proofErr w:type="gramStart"/>
      <w:r>
        <w:rPr>
          <w:rFonts w:ascii="Arial" w:hAnsi="Arial"/>
        </w:rPr>
        <w:t>a really important</w:t>
      </w:r>
      <w:proofErr w:type="gramEnd"/>
      <w:r>
        <w:rPr>
          <w:rFonts w:ascii="Arial" w:hAnsi="Arial"/>
        </w:rPr>
        <w:t xml:space="preserve"> one there that you mentioned was that your plan </w:t>
      </w:r>
      <w:proofErr w:type="gramStart"/>
      <w:r>
        <w:rPr>
          <w:rFonts w:ascii="Arial" w:hAnsi="Arial"/>
        </w:rPr>
        <w:t>don't</w:t>
      </w:r>
      <w:proofErr w:type="gramEnd"/>
      <w:r>
        <w:rPr>
          <w:rFonts w:ascii="Arial" w:hAnsi="Arial"/>
        </w:rPr>
        <w:t xml:space="preserve"> stick so rigidly to the original plans. Like so, that all might seem like it's </w:t>
      </w:r>
      <w:proofErr w:type="gramStart"/>
      <w:r>
        <w:rPr>
          <w:rFonts w:ascii="Arial" w:hAnsi="Arial"/>
        </w:rPr>
        <w:t>absolutely fantastic</w:t>
      </w:r>
      <w:proofErr w:type="gramEnd"/>
      <w:r>
        <w:rPr>
          <w:rFonts w:ascii="Arial" w:hAnsi="Arial"/>
        </w:rPr>
        <w:t xml:space="preserve">, but the best plans are the ones that have got things scored through them and changes that have been made, and they don't look exactly this pristine plan that you had at the beginning. And I think that's a </w:t>
      </w:r>
      <w:proofErr w:type="gramStart"/>
      <w:r>
        <w:rPr>
          <w:rFonts w:ascii="Arial" w:hAnsi="Arial"/>
        </w:rPr>
        <w:t>really good</w:t>
      </w:r>
      <w:proofErr w:type="gramEnd"/>
      <w:r>
        <w:rPr>
          <w:rFonts w:ascii="Arial" w:hAnsi="Arial"/>
        </w:rPr>
        <w:t xml:space="preserve"> message to take awa</w:t>
      </w:r>
      <w:r>
        <w:rPr>
          <w:rFonts w:ascii="Arial" w:hAnsi="Arial"/>
        </w:rPr>
        <w:t xml:space="preserve">y. That you know you might have, and it's </w:t>
      </w:r>
      <w:proofErr w:type="gramStart"/>
      <w:r>
        <w:rPr>
          <w:rFonts w:ascii="Arial" w:hAnsi="Arial"/>
        </w:rPr>
        <w:t>similar to</w:t>
      </w:r>
      <w:proofErr w:type="gramEnd"/>
      <w:r>
        <w:rPr>
          <w:rFonts w:ascii="Arial" w:hAnsi="Arial"/>
        </w:rPr>
        <w:t xml:space="preserve"> again what Thania was saying about not every good idea is the right idea. </w:t>
      </w:r>
      <w:proofErr w:type="gramStart"/>
      <w:r>
        <w:rPr>
          <w:rFonts w:ascii="Arial" w:hAnsi="Arial"/>
        </w:rPr>
        <w:t>So</w:t>
      </w:r>
      <w:proofErr w:type="gramEnd"/>
      <w:r>
        <w:rPr>
          <w:rFonts w:ascii="Arial" w:hAnsi="Arial"/>
        </w:rPr>
        <w:t xml:space="preserve"> you might have this sort of vision and plan, but you </w:t>
      </w:r>
      <w:proofErr w:type="spellStart"/>
      <w:r>
        <w:rPr>
          <w:rFonts w:ascii="Arial" w:hAnsi="Arial"/>
        </w:rPr>
        <w:t>you</w:t>
      </w:r>
      <w:proofErr w:type="spellEnd"/>
      <w:r>
        <w:rPr>
          <w:rFonts w:ascii="Arial" w:hAnsi="Arial"/>
        </w:rPr>
        <w:t xml:space="preserve"> are going to have to adapt </w:t>
      </w:r>
      <w:proofErr w:type="gramStart"/>
      <w:r>
        <w:rPr>
          <w:rFonts w:ascii="Arial" w:hAnsi="Arial"/>
        </w:rPr>
        <w:t xml:space="preserve">as </w:t>
      </w:r>
      <w:proofErr w:type="spellStart"/>
      <w:r>
        <w:rPr>
          <w:rFonts w:ascii="Arial" w:hAnsi="Arial"/>
        </w:rPr>
        <w:t>as</w:t>
      </w:r>
      <w:proofErr w:type="spellEnd"/>
      <w:proofErr w:type="gramEnd"/>
      <w:r>
        <w:rPr>
          <w:rFonts w:ascii="Arial" w:hAnsi="Arial"/>
        </w:rPr>
        <w:t xml:space="preserve"> you go through as well. </w:t>
      </w:r>
      <w:proofErr w:type="gramStart"/>
      <w:r>
        <w:rPr>
          <w:rFonts w:ascii="Arial" w:hAnsi="Arial"/>
        </w:rPr>
        <w:t>So</w:t>
      </w:r>
      <w:proofErr w:type="gramEnd"/>
      <w:r>
        <w:rPr>
          <w:rFonts w:ascii="Arial" w:hAnsi="Arial"/>
        </w:rPr>
        <w:t xml:space="preserve"> I thought that was that was really good, and also the fact you mentioned there about the travel trade, and the fact that you're now able to have an offer for the travel trade as well by having this experience, so that's another kind of string to your bow as well. </w:t>
      </w:r>
      <w:proofErr w:type="gramStart"/>
      <w:r>
        <w:rPr>
          <w:rFonts w:ascii="Arial" w:hAnsi="Arial"/>
        </w:rPr>
        <w:t>S</w:t>
      </w:r>
      <w:r>
        <w:rPr>
          <w:rFonts w:ascii="Arial" w:hAnsi="Arial"/>
        </w:rPr>
        <w:t>o that was</w:t>
      </w:r>
      <w:proofErr w:type="gramEnd"/>
      <w:r>
        <w:rPr>
          <w:rFonts w:ascii="Arial" w:hAnsi="Arial"/>
        </w:rPr>
        <w:t xml:space="preserve"> that was excellent. Thank you so much. Thank you to </w:t>
      </w:r>
      <w:proofErr w:type="gramStart"/>
      <w:r>
        <w:rPr>
          <w:rFonts w:ascii="Arial" w:hAnsi="Arial"/>
        </w:rPr>
        <w:t>all of</w:t>
      </w:r>
      <w:proofErr w:type="gramEnd"/>
      <w:r>
        <w:rPr>
          <w:rFonts w:ascii="Arial" w:hAnsi="Arial"/>
        </w:rPr>
        <w:t xml:space="preserve"> our </w:t>
      </w:r>
      <w:proofErr w:type="spellStart"/>
      <w:r>
        <w:rPr>
          <w:rFonts w:ascii="Arial" w:hAnsi="Arial"/>
        </w:rPr>
        <w:t>panellists</w:t>
      </w:r>
      <w:proofErr w:type="spellEnd"/>
      <w:r>
        <w:rPr>
          <w:rFonts w:ascii="Arial" w:hAnsi="Arial"/>
        </w:rPr>
        <w:t xml:space="preserve"> for their presentations. Three very different projects, three very different examples, but all equally fascinating, interesting, with loads of different positive outcomes coming through. So, so that's again, thank you so much. I'm just going to </w:t>
      </w:r>
      <w:proofErr w:type="gramStart"/>
      <w:r>
        <w:rPr>
          <w:rFonts w:ascii="Arial" w:hAnsi="Arial"/>
        </w:rPr>
        <w:t>open up</w:t>
      </w:r>
      <w:proofErr w:type="gramEnd"/>
      <w:r>
        <w:rPr>
          <w:rFonts w:ascii="Arial" w:hAnsi="Arial"/>
        </w:rPr>
        <w:t xml:space="preserve"> now for questions. I think we do have a couple in the chat here. </w:t>
      </w:r>
      <w:proofErr w:type="gramStart"/>
      <w:r>
        <w:rPr>
          <w:rFonts w:ascii="Arial" w:hAnsi="Arial"/>
        </w:rPr>
        <w:t>So</w:t>
      </w:r>
      <w:proofErr w:type="gramEnd"/>
      <w:r>
        <w:rPr>
          <w:rFonts w:ascii="Arial" w:hAnsi="Arial"/>
        </w:rPr>
        <w:t xml:space="preserve"> we have one from Markus saying, "I'd be interested to know about your digital volunteers from across the g</w:t>
      </w:r>
      <w:r>
        <w:rPr>
          <w:rFonts w:ascii="Arial" w:hAnsi="Arial"/>
        </w:rPr>
        <w:t xml:space="preserve">lobe </w:t>
      </w:r>
      <w:proofErr w:type="gramStart"/>
      <w:r>
        <w:rPr>
          <w:rFonts w:ascii="Arial" w:hAnsi="Arial"/>
        </w:rPr>
        <w:t>and what they</w:t>
      </w:r>
      <w:proofErr w:type="gramEnd"/>
      <w:r>
        <w:rPr>
          <w:rFonts w:ascii="Arial" w:hAnsi="Arial"/>
        </w:rPr>
        <w:t xml:space="preserve"> what work they do for you and how you recruited them. Markus, is that for all three, or is that specifically for one of the </w:t>
      </w:r>
      <w:proofErr w:type="spellStart"/>
      <w:r>
        <w:rPr>
          <w:rFonts w:ascii="Arial" w:hAnsi="Arial"/>
        </w:rPr>
        <w:t>organisations</w:t>
      </w:r>
      <w:proofErr w:type="spellEnd"/>
      <w:r>
        <w:rPr>
          <w:rFonts w:ascii="Arial" w:hAnsi="Arial"/>
        </w:rPr>
        <w:t>.</w:t>
      </w:r>
    </w:p>
    <w:p w14:paraId="08D404EB" w14:textId="77777777" w:rsidR="003A3F31" w:rsidRDefault="003A3F31">
      <w:pPr>
        <w:spacing w:after="0"/>
      </w:pPr>
    </w:p>
    <w:p w14:paraId="48CD6A9C" w14:textId="77777777" w:rsidR="003A3F31" w:rsidRDefault="00FA1E12">
      <w:pPr>
        <w:spacing w:after="0"/>
      </w:pPr>
      <w:r>
        <w:rPr>
          <w:rFonts w:ascii="Arial" w:hAnsi="Arial"/>
          <w:b/>
        </w:rPr>
        <w:t xml:space="preserve">Louise </w:t>
      </w:r>
      <w:proofErr w:type="gramStart"/>
      <w:r>
        <w:rPr>
          <w:rFonts w:ascii="Arial" w:hAnsi="Arial"/>
          <w:b/>
        </w:rPr>
        <w:t xml:space="preserve">Storie  </w:t>
      </w:r>
      <w:r>
        <w:rPr>
          <w:rFonts w:ascii="Arial" w:hAnsi="Arial"/>
          <w:color w:val="5D7284"/>
        </w:rPr>
        <w:t>58:06</w:t>
      </w:r>
      <w:proofErr w:type="gramEnd"/>
    </w:p>
    <w:p w14:paraId="0B7FC834" w14:textId="77777777" w:rsidR="003A3F31" w:rsidRDefault="00FA1E12">
      <w:pPr>
        <w:spacing w:after="0"/>
      </w:pPr>
      <w:r>
        <w:rPr>
          <w:rFonts w:ascii="Arial" w:hAnsi="Arial"/>
        </w:rPr>
        <w:t xml:space="preserve">Gillian, I think </w:t>
      </w:r>
      <w:proofErr w:type="spellStart"/>
      <w:r>
        <w:rPr>
          <w:rFonts w:ascii="Arial" w:hAnsi="Arial"/>
        </w:rPr>
        <w:t>MarKus</w:t>
      </w:r>
      <w:proofErr w:type="spellEnd"/>
      <w:r>
        <w:rPr>
          <w:rFonts w:ascii="Arial" w:hAnsi="Arial"/>
        </w:rPr>
        <w:t xml:space="preserve"> has left. Oh, I think that's what happened.</w:t>
      </w:r>
    </w:p>
    <w:p w14:paraId="40302B16" w14:textId="77777777" w:rsidR="003A3F31" w:rsidRDefault="003A3F31">
      <w:pPr>
        <w:spacing w:after="0"/>
      </w:pPr>
    </w:p>
    <w:p w14:paraId="12F1CDAD"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58:13</w:t>
      </w:r>
      <w:proofErr w:type="gramEnd"/>
    </w:p>
    <w:p w14:paraId="616C21CA" w14:textId="77777777" w:rsidR="003A3F31" w:rsidRDefault="00FA1E12">
      <w:pPr>
        <w:spacing w:after="0"/>
      </w:pPr>
      <w:r>
        <w:rPr>
          <w:rFonts w:ascii="Arial" w:hAnsi="Arial"/>
        </w:rPr>
        <w:t>He's not there. Does anybody use digital volunteers that they're able to?</w:t>
      </w:r>
    </w:p>
    <w:p w14:paraId="0C592837" w14:textId="77777777" w:rsidR="003A3F31" w:rsidRDefault="003A3F31">
      <w:pPr>
        <w:spacing w:after="0"/>
      </w:pPr>
    </w:p>
    <w:p w14:paraId="536873B0"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58:19</w:t>
      </w:r>
      <w:proofErr w:type="gramEnd"/>
    </w:p>
    <w:p w14:paraId="692AF922" w14:textId="77777777" w:rsidR="003A3F31" w:rsidRDefault="00FA1E12">
      <w:pPr>
        <w:spacing w:after="0"/>
      </w:pPr>
      <w:r>
        <w:rPr>
          <w:rFonts w:ascii="Arial" w:hAnsi="Arial"/>
        </w:rPr>
        <w:t xml:space="preserve">Yeah, I mentioned them. Well, yes, we have. digital volunteers. We started with them </w:t>
      </w:r>
      <w:proofErr w:type="gramStart"/>
      <w:r>
        <w:rPr>
          <w:rFonts w:ascii="Arial" w:hAnsi="Arial"/>
        </w:rPr>
        <w:t>from</w:t>
      </w:r>
      <w:proofErr w:type="gramEnd"/>
      <w:r>
        <w:rPr>
          <w:rFonts w:ascii="Arial" w:hAnsi="Arial"/>
        </w:rPr>
        <w:t xml:space="preserve"> the Digital Romans Project. What they do, they do </w:t>
      </w:r>
      <w:proofErr w:type="gramStart"/>
      <w:r>
        <w:rPr>
          <w:rFonts w:ascii="Arial" w:hAnsi="Arial"/>
        </w:rPr>
        <w:t>well</w:t>
      </w:r>
      <w:proofErr w:type="gramEnd"/>
      <w:r>
        <w:rPr>
          <w:rFonts w:ascii="Arial" w:hAnsi="Arial"/>
        </w:rPr>
        <w:t xml:space="preserve"> digital projects. They do social media, so they have a team of social media volunteers. At any given time, we have anywhere from one to probably 10 </w:t>
      </w:r>
      <w:proofErr w:type="gramStart"/>
      <w:r>
        <w:rPr>
          <w:rFonts w:ascii="Arial" w:hAnsi="Arial"/>
        </w:rPr>
        <w:t>is</w:t>
      </w:r>
      <w:proofErr w:type="gramEnd"/>
      <w:r>
        <w:rPr>
          <w:rFonts w:ascii="Arial" w:hAnsi="Arial"/>
        </w:rPr>
        <w:t xml:space="preserve"> the most </w:t>
      </w:r>
      <w:r>
        <w:rPr>
          <w:rFonts w:ascii="Arial" w:hAnsi="Arial"/>
        </w:rPr>
        <w:lastRenderedPageBreak/>
        <w:t xml:space="preserve">social media volunteers we've had, and they also help us with our cataloguing projects. </w:t>
      </w:r>
      <w:proofErr w:type="gramStart"/>
      <w:r>
        <w:rPr>
          <w:rFonts w:ascii="Arial" w:hAnsi="Arial"/>
        </w:rPr>
        <w:t>So</w:t>
      </w:r>
      <w:proofErr w:type="gramEnd"/>
      <w:r>
        <w:rPr>
          <w:rFonts w:ascii="Arial" w:hAnsi="Arial"/>
        </w:rPr>
        <w:t xml:space="preserve"> there's basically cataloguing and social media that they do. But they have also done blogs or articles, writing things like that. I was </w:t>
      </w:r>
      <w:proofErr w:type="gramStart"/>
      <w:r>
        <w:rPr>
          <w:rFonts w:ascii="Arial" w:hAnsi="Arial"/>
        </w:rPr>
        <w:t>actually the</w:t>
      </w:r>
      <w:proofErr w:type="gramEnd"/>
      <w:r>
        <w:rPr>
          <w:rFonts w:ascii="Arial" w:hAnsi="Arial"/>
        </w:rPr>
        <w:t xml:space="preserve"> first digital volunteer before anything. I volunteer</w:t>
      </w:r>
      <w:r>
        <w:rPr>
          <w:rFonts w:ascii="Arial" w:hAnsi="Arial"/>
        </w:rPr>
        <w:t xml:space="preserve">ed. Well, I did an internship for volunteering from Canada before moving here. That's a story for a different day. But yes, then we recruited them through social media, Instagram and Facebook. Most of them saw it on Instagram, and now we have a new batch of digital volunteers. And the new ones have found us just online. I think they do their own research, and we have a page on our website that says digital volunteers are welcome and always call on </w:t>
      </w:r>
      <w:proofErr w:type="spellStart"/>
      <w:r>
        <w:rPr>
          <w:rFonts w:ascii="Arial" w:hAnsi="Arial"/>
        </w:rPr>
        <w:t>on</w:t>
      </w:r>
      <w:proofErr w:type="spellEnd"/>
      <w:r>
        <w:rPr>
          <w:rFonts w:ascii="Arial" w:hAnsi="Arial"/>
        </w:rPr>
        <w:t xml:space="preserve"> socials.</w:t>
      </w:r>
    </w:p>
    <w:p w14:paraId="30A47128" w14:textId="77777777" w:rsidR="003A3F31" w:rsidRDefault="003A3F31">
      <w:pPr>
        <w:spacing w:after="0"/>
      </w:pPr>
    </w:p>
    <w:p w14:paraId="2F95E346"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59:27</w:t>
      </w:r>
      <w:proofErr w:type="gramEnd"/>
    </w:p>
    <w:p w14:paraId="243CC2CF" w14:textId="77777777" w:rsidR="003A3F31" w:rsidRDefault="00FA1E12">
      <w:pPr>
        <w:spacing w:after="0"/>
      </w:pPr>
      <w:r>
        <w:rPr>
          <w:rFonts w:ascii="Arial" w:hAnsi="Arial"/>
        </w:rPr>
        <w:t>Brilliant, thank you so much, Thania. Yeah</w:t>
      </w:r>
      <w:proofErr w:type="gramStart"/>
      <w:r>
        <w:rPr>
          <w:rFonts w:ascii="Arial" w:hAnsi="Arial"/>
        </w:rPr>
        <w:t>, it's</w:t>
      </w:r>
      <w:proofErr w:type="gramEnd"/>
      <w:r>
        <w:rPr>
          <w:rFonts w:ascii="Arial" w:hAnsi="Arial"/>
        </w:rPr>
        <w:t xml:space="preserve"> </w:t>
      </w:r>
      <w:proofErr w:type="spellStart"/>
      <w:r>
        <w:rPr>
          <w:rFonts w:ascii="Arial" w:hAnsi="Arial"/>
        </w:rPr>
        <w:t>it's</w:t>
      </w:r>
      <w:proofErr w:type="spellEnd"/>
      <w:r>
        <w:rPr>
          <w:rFonts w:ascii="Arial" w:hAnsi="Arial"/>
        </w:rPr>
        <w:t xml:space="preserve"> quite an interesting approach, and I suppose like with the </w:t>
      </w:r>
      <w:proofErr w:type="spellStart"/>
      <w:r>
        <w:rPr>
          <w:rFonts w:ascii="Arial" w:hAnsi="Arial"/>
        </w:rPr>
        <w:t>the</w:t>
      </w:r>
      <w:proofErr w:type="spellEnd"/>
      <w:r>
        <w:rPr>
          <w:rFonts w:ascii="Arial" w:hAnsi="Arial"/>
        </w:rPr>
        <w:t xml:space="preserve"> </w:t>
      </w:r>
      <w:proofErr w:type="gramStart"/>
      <w:r>
        <w:rPr>
          <w:rFonts w:ascii="Arial" w:hAnsi="Arial"/>
        </w:rPr>
        <w:t>development of</w:t>
      </w:r>
      <w:proofErr w:type="gramEnd"/>
      <w:r>
        <w:rPr>
          <w:rFonts w:ascii="Arial" w:hAnsi="Arial"/>
        </w:rPr>
        <w:t xml:space="preserve"> </w:t>
      </w:r>
      <w:proofErr w:type="spellStart"/>
      <w:r>
        <w:rPr>
          <w:rFonts w:ascii="Arial" w:hAnsi="Arial"/>
        </w:rPr>
        <w:t>of</w:t>
      </w:r>
      <w:proofErr w:type="spellEnd"/>
      <w:r>
        <w:rPr>
          <w:rFonts w:ascii="Arial" w:hAnsi="Arial"/>
        </w:rPr>
        <w:t xml:space="preserve"> technology and </w:t>
      </w:r>
      <w:proofErr w:type="spellStart"/>
      <w:r>
        <w:rPr>
          <w:rFonts w:ascii="Arial" w:hAnsi="Arial"/>
        </w:rPr>
        <w:t>and</w:t>
      </w:r>
      <w:proofErr w:type="spellEnd"/>
      <w:r>
        <w:rPr>
          <w:rFonts w:ascii="Arial" w:hAnsi="Arial"/>
        </w:rPr>
        <w:t xml:space="preserve"> even it's probably been since COVID. To be honest, the sort of the opportunities and </w:t>
      </w:r>
      <w:proofErr w:type="spellStart"/>
      <w:r>
        <w:rPr>
          <w:rFonts w:ascii="Arial" w:hAnsi="Arial"/>
        </w:rPr>
        <w:t>and</w:t>
      </w:r>
      <w:proofErr w:type="spellEnd"/>
      <w:r>
        <w:rPr>
          <w:rFonts w:ascii="Arial" w:hAnsi="Arial"/>
        </w:rPr>
        <w:t xml:space="preserve"> things for </w:t>
      </w:r>
      <w:proofErr w:type="spellStart"/>
      <w:r>
        <w:rPr>
          <w:rFonts w:ascii="Arial" w:hAnsi="Arial"/>
        </w:rPr>
        <w:t>for</w:t>
      </w:r>
      <w:proofErr w:type="spellEnd"/>
      <w:r>
        <w:rPr>
          <w:rFonts w:ascii="Arial" w:hAnsi="Arial"/>
        </w:rPr>
        <w:t xml:space="preserve"> online and sort of that like the level of volunteering is really interesting so thank you so much for that we have a couple of points in the chat I don't think they're questions but I think it's just towards Kate just saying that we have mines all around Clackmannanshire and we'd love to chat. O</w:t>
      </w:r>
      <w:r>
        <w:rPr>
          <w:rFonts w:ascii="Arial" w:hAnsi="Arial"/>
        </w:rPr>
        <w:t xml:space="preserve">ur Climate Team are keen are keen to look at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mine water, and we are looking at renewables for our proposed museum. </w:t>
      </w:r>
      <w:proofErr w:type="gramStart"/>
      <w:r>
        <w:rPr>
          <w:rFonts w:ascii="Arial" w:hAnsi="Arial"/>
        </w:rPr>
        <w:t>So</w:t>
      </w:r>
      <w:proofErr w:type="gramEnd"/>
      <w:r>
        <w:rPr>
          <w:rFonts w:ascii="Arial" w:hAnsi="Arial"/>
        </w:rPr>
        <w:t xml:space="preserve"> there's an email address in there, Kate, for </w:t>
      </w:r>
      <w:proofErr w:type="gramStart"/>
      <w:r>
        <w:rPr>
          <w:rFonts w:ascii="Arial" w:hAnsi="Arial"/>
        </w:rPr>
        <w:t>you to</w:t>
      </w:r>
      <w:proofErr w:type="gramEnd"/>
      <w:r>
        <w:rPr>
          <w:rFonts w:ascii="Arial" w:hAnsi="Arial"/>
        </w:rPr>
        <w:t xml:space="preserve"> </w:t>
      </w:r>
      <w:proofErr w:type="spellStart"/>
      <w:r>
        <w:rPr>
          <w:rFonts w:ascii="Arial" w:hAnsi="Arial"/>
        </w:rPr>
        <w:t>to</w:t>
      </w:r>
      <w:proofErr w:type="spellEnd"/>
      <w:r>
        <w:rPr>
          <w:rFonts w:ascii="Arial" w:hAnsi="Arial"/>
        </w:rPr>
        <w:t xml:space="preserve"> reach out to. Again, Hermione from Paxton House would also really </w:t>
      </w:r>
      <w:proofErr w:type="gramStart"/>
      <w:r>
        <w:rPr>
          <w:rFonts w:ascii="Arial" w:hAnsi="Arial"/>
        </w:rPr>
        <w:t>like to</w:t>
      </w:r>
      <w:proofErr w:type="gramEnd"/>
      <w:r>
        <w:rPr>
          <w:rFonts w:ascii="Arial" w:hAnsi="Arial"/>
        </w:rPr>
        <w:t xml:space="preserve"> </w:t>
      </w:r>
      <w:proofErr w:type="spellStart"/>
      <w:r>
        <w:rPr>
          <w:rFonts w:ascii="Arial" w:hAnsi="Arial"/>
        </w:rPr>
        <w:t>to</w:t>
      </w:r>
      <w:proofErr w:type="spellEnd"/>
      <w:r>
        <w:rPr>
          <w:rFonts w:ascii="Arial" w:hAnsi="Arial"/>
        </w:rPr>
        <w:t xml:space="preserve"> chat, Kate, about the project. Curious to work </w:t>
      </w:r>
      <w:proofErr w:type="gramStart"/>
      <w:r>
        <w:rPr>
          <w:rFonts w:ascii="Arial" w:hAnsi="Arial"/>
        </w:rPr>
        <w:t>out if</w:t>
      </w:r>
      <w:proofErr w:type="gramEnd"/>
      <w:r>
        <w:rPr>
          <w:rFonts w:ascii="Arial" w:hAnsi="Arial"/>
        </w:rPr>
        <w:t xml:space="preserve"> </w:t>
      </w:r>
      <w:proofErr w:type="spellStart"/>
      <w:r>
        <w:rPr>
          <w:rFonts w:ascii="Arial" w:hAnsi="Arial"/>
        </w:rPr>
        <w:t>if</w:t>
      </w:r>
      <w:proofErr w:type="spellEnd"/>
      <w:r>
        <w:rPr>
          <w:rFonts w:ascii="Arial" w:hAnsi="Arial"/>
        </w:rPr>
        <w:t xml:space="preserve"> a model could work in Paxton as well, so that's fantastic, Louise. We have a question for Ashley. Have you started to see business coming through already from working with the travel trade, and/or </w:t>
      </w:r>
      <w:r>
        <w:rPr>
          <w:rFonts w:ascii="Arial" w:hAnsi="Arial"/>
        </w:rPr>
        <w:t>do you have an idea of what to expect?</w:t>
      </w:r>
    </w:p>
    <w:p w14:paraId="4A0A3286" w14:textId="77777777" w:rsidR="003A3F31" w:rsidRDefault="003A3F31">
      <w:pPr>
        <w:spacing w:after="0"/>
      </w:pPr>
    </w:p>
    <w:p w14:paraId="044128C8" w14:textId="77777777" w:rsidR="003A3F31" w:rsidRDefault="00FA1E12">
      <w:pPr>
        <w:spacing w:after="0"/>
      </w:pPr>
      <w:r>
        <w:rPr>
          <w:rFonts w:ascii="Arial" w:hAnsi="Arial"/>
          <w:b/>
        </w:rPr>
        <w:t xml:space="preserve">Ashley </w:t>
      </w:r>
      <w:proofErr w:type="gramStart"/>
      <w:r>
        <w:rPr>
          <w:rFonts w:ascii="Arial" w:hAnsi="Arial"/>
          <w:b/>
        </w:rPr>
        <w:t xml:space="preserve">Pink  </w:t>
      </w:r>
      <w:r>
        <w:rPr>
          <w:rFonts w:ascii="Arial" w:hAnsi="Arial"/>
          <w:color w:val="5D7284"/>
        </w:rPr>
        <w:t>1:00:34</w:t>
      </w:r>
      <w:proofErr w:type="gramEnd"/>
    </w:p>
    <w:p w14:paraId="52C63BEC" w14:textId="77777777" w:rsidR="003A3F31" w:rsidRDefault="00FA1E12">
      <w:pPr>
        <w:spacing w:after="0"/>
      </w:pPr>
      <w:r>
        <w:rPr>
          <w:rFonts w:ascii="Arial" w:hAnsi="Arial"/>
        </w:rPr>
        <w:t xml:space="preserve">Thanks, Louise. Yeah, we have. We've had some </w:t>
      </w:r>
      <w:proofErr w:type="gramStart"/>
      <w:r>
        <w:rPr>
          <w:rFonts w:ascii="Arial" w:hAnsi="Arial"/>
        </w:rPr>
        <w:t>really great</w:t>
      </w:r>
      <w:proofErr w:type="gramEnd"/>
      <w:r>
        <w:rPr>
          <w:rFonts w:ascii="Arial" w:hAnsi="Arial"/>
        </w:rPr>
        <w:t xml:space="preserve"> fam trips from VisitScotland. We haven't historically been featured a lot with VisitScotland for whatever reasons, but the interest from them has been incredible this </w:t>
      </w:r>
      <w:proofErr w:type="gramStart"/>
      <w:r>
        <w:rPr>
          <w:rFonts w:ascii="Arial" w:hAnsi="Arial"/>
        </w:rPr>
        <w:t>year in particular</w:t>
      </w:r>
      <w:proofErr w:type="gramEnd"/>
      <w:r>
        <w:rPr>
          <w:rFonts w:ascii="Arial" w:hAnsi="Arial"/>
        </w:rPr>
        <w:t xml:space="preserve">. </w:t>
      </w:r>
      <w:proofErr w:type="gramStart"/>
      <w:r>
        <w:rPr>
          <w:rFonts w:ascii="Arial" w:hAnsi="Arial"/>
        </w:rPr>
        <w:t>So</w:t>
      </w:r>
      <w:proofErr w:type="gramEnd"/>
      <w:r>
        <w:rPr>
          <w:rFonts w:ascii="Arial" w:hAnsi="Arial"/>
        </w:rPr>
        <w:t xml:space="preserve"> we have had two ward room fam trips. They also were part </w:t>
      </w:r>
      <w:proofErr w:type="gramStart"/>
      <w:r>
        <w:rPr>
          <w:rFonts w:ascii="Arial" w:hAnsi="Arial"/>
        </w:rPr>
        <w:t>of a</w:t>
      </w:r>
      <w:proofErr w:type="gramEnd"/>
      <w:r>
        <w:rPr>
          <w:rFonts w:ascii="Arial" w:hAnsi="Arial"/>
        </w:rPr>
        <w:t xml:space="preserve"> </w:t>
      </w:r>
      <w:proofErr w:type="spellStart"/>
      <w:r>
        <w:rPr>
          <w:rFonts w:ascii="Arial" w:hAnsi="Arial"/>
        </w:rPr>
        <w:t>a</w:t>
      </w:r>
      <w:proofErr w:type="spellEnd"/>
      <w:r>
        <w:rPr>
          <w:rFonts w:ascii="Arial" w:hAnsi="Arial"/>
        </w:rPr>
        <w:t xml:space="preserve"> press release day where we had some of VisitScotland go up. </w:t>
      </w:r>
      <w:proofErr w:type="gramStart"/>
      <w:r>
        <w:rPr>
          <w:rFonts w:ascii="Arial" w:hAnsi="Arial"/>
        </w:rPr>
        <w:t>So</w:t>
      </w:r>
      <w:proofErr w:type="gramEnd"/>
      <w:r>
        <w:rPr>
          <w:rFonts w:ascii="Arial" w:hAnsi="Arial"/>
        </w:rPr>
        <w:t xml:space="preserve"> the engagement from them has been really, </w:t>
      </w:r>
      <w:proofErr w:type="gramStart"/>
      <w:r>
        <w:rPr>
          <w:rFonts w:ascii="Arial" w:hAnsi="Arial"/>
        </w:rPr>
        <w:t>really incredible</w:t>
      </w:r>
      <w:proofErr w:type="gramEnd"/>
      <w:r>
        <w:rPr>
          <w:rFonts w:ascii="Arial" w:hAnsi="Arial"/>
        </w:rPr>
        <w:t xml:space="preserve"> too. And for this year, we had a series of sorry travel trade that signed up with us just for the mast climb. </w:t>
      </w:r>
      <w:proofErr w:type="gramStart"/>
      <w:r>
        <w:rPr>
          <w:rFonts w:ascii="Arial" w:hAnsi="Arial"/>
        </w:rPr>
        <w:t>So</w:t>
      </w:r>
      <w:proofErr w:type="gramEnd"/>
      <w:r>
        <w:rPr>
          <w:rFonts w:ascii="Arial" w:hAnsi="Arial"/>
        </w:rPr>
        <w:t xml:space="preserve"> it's been</w:t>
      </w:r>
      <w:r>
        <w:rPr>
          <w:rFonts w:ascii="Arial" w:hAnsi="Arial"/>
        </w:rPr>
        <w:t xml:space="preserve"> it's been fab. Unexpected - I didn't expect... it was a </w:t>
      </w:r>
      <w:proofErr w:type="gramStart"/>
      <w:r>
        <w:rPr>
          <w:rFonts w:ascii="Arial" w:hAnsi="Arial"/>
        </w:rPr>
        <w:t>five year</w:t>
      </w:r>
      <w:proofErr w:type="gramEnd"/>
      <w:r>
        <w:rPr>
          <w:rFonts w:ascii="Arial" w:hAnsi="Arial"/>
        </w:rPr>
        <w:t xml:space="preserve"> plan for us, so we knew it would take five years to get that money back. And that that was always what it was, but it's been a slow quarter in terms of what we've achieved in admissions and things this year for our first quarter. But Discovery Mast claims </w:t>
      </w:r>
      <w:proofErr w:type="gramStart"/>
      <w:r>
        <w:rPr>
          <w:rFonts w:ascii="Arial" w:hAnsi="Arial"/>
        </w:rPr>
        <w:t>actually above</w:t>
      </w:r>
      <w:proofErr w:type="gramEnd"/>
      <w:r>
        <w:rPr>
          <w:rFonts w:ascii="Arial" w:hAnsi="Arial"/>
        </w:rPr>
        <w:t xml:space="preserve"> budget, so it's the only revenue generator that we've got that's currently hitting </w:t>
      </w:r>
      <w:proofErr w:type="gramStart"/>
      <w:r>
        <w:rPr>
          <w:rFonts w:ascii="Arial" w:hAnsi="Arial"/>
        </w:rPr>
        <w:t>actually above</w:t>
      </w:r>
      <w:proofErr w:type="gramEnd"/>
      <w:r>
        <w:rPr>
          <w:rFonts w:ascii="Arial" w:hAnsi="Arial"/>
        </w:rPr>
        <w:t xml:space="preserve"> budget </w:t>
      </w:r>
      <w:proofErr w:type="gramStart"/>
      <w:r>
        <w:rPr>
          <w:rFonts w:ascii="Arial" w:hAnsi="Arial"/>
        </w:rPr>
        <w:t>at the moment</w:t>
      </w:r>
      <w:proofErr w:type="gramEnd"/>
      <w:r>
        <w:rPr>
          <w:rFonts w:ascii="Arial" w:hAnsi="Arial"/>
        </w:rPr>
        <w:t xml:space="preserve">. </w:t>
      </w:r>
      <w:proofErr w:type="gramStart"/>
      <w:r>
        <w:rPr>
          <w:rFonts w:ascii="Arial" w:hAnsi="Arial"/>
        </w:rPr>
        <w:t>So</w:t>
      </w:r>
      <w:proofErr w:type="gramEnd"/>
      <w:r>
        <w:rPr>
          <w:rFonts w:ascii="Arial" w:hAnsi="Arial"/>
        </w:rPr>
        <w:t xml:space="preserve"> admissions </w:t>
      </w:r>
      <w:proofErr w:type="gramStart"/>
      <w:r>
        <w:rPr>
          <w:rFonts w:ascii="Arial" w:hAnsi="Arial"/>
        </w:rPr>
        <w:t>is</w:t>
      </w:r>
      <w:proofErr w:type="gramEnd"/>
      <w:r>
        <w:rPr>
          <w:rFonts w:ascii="Arial" w:hAnsi="Arial"/>
        </w:rPr>
        <w:t xml:space="preserve"> down, retail is down, but that is a s</w:t>
      </w:r>
      <w:r>
        <w:rPr>
          <w:rFonts w:ascii="Arial" w:hAnsi="Arial"/>
        </w:rPr>
        <w:t>trong sector for us, which is great.</w:t>
      </w:r>
    </w:p>
    <w:p w14:paraId="19F5C093" w14:textId="77777777" w:rsidR="003A3F31" w:rsidRDefault="003A3F31">
      <w:pPr>
        <w:spacing w:after="0"/>
      </w:pPr>
    </w:p>
    <w:p w14:paraId="03E99A34"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1:01:44</w:t>
      </w:r>
      <w:proofErr w:type="gramEnd"/>
    </w:p>
    <w:p w14:paraId="33CD655A" w14:textId="77777777" w:rsidR="003A3F31" w:rsidRDefault="00FA1E12">
      <w:pPr>
        <w:spacing w:after="0"/>
      </w:pPr>
      <w:r>
        <w:rPr>
          <w:rFonts w:ascii="Arial" w:hAnsi="Arial"/>
        </w:rPr>
        <w:t xml:space="preserve">Thanks very much, Ashley. Fantastic. Do we have any other questions? We have another one in the </w:t>
      </w:r>
      <w:proofErr w:type="gramStart"/>
      <w:r>
        <w:rPr>
          <w:rFonts w:ascii="Arial" w:hAnsi="Arial"/>
        </w:rPr>
        <w:t>chat</w:t>
      </w:r>
      <w:proofErr w:type="gramEnd"/>
      <w:r>
        <w:rPr>
          <w:rFonts w:ascii="Arial" w:hAnsi="Arial"/>
        </w:rPr>
        <w:t xml:space="preserve"> here. You have really celebrated the innovative income generation, but I'm interested. How would you value success more holistically? So, what does doing well look like for you </w:t>
      </w:r>
      <w:proofErr w:type="gramStart"/>
      <w:r>
        <w:rPr>
          <w:rFonts w:ascii="Arial" w:hAnsi="Arial"/>
        </w:rPr>
        <w:t>beyond</w:t>
      </w:r>
      <w:proofErr w:type="gramEnd"/>
      <w:r>
        <w:rPr>
          <w:rFonts w:ascii="Arial" w:hAnsi="Arial"/>
        </w:rPr>
        <w:t xml:space="preserve"> the financial metrics, and that's for all three </w:t>
      </w:r>
      <w:proofErr w:type="spellStart"/>
      <w:r>
        <w:rPr>
          <w:rFonts w:ascii="Arial" w:hAnsi="Arial"/>
        </w:rPr>
        <w:t>organisations</w:t>
      </w:r>
      <w:proofErr w:type="spellEnd"/>
      <w:r>
        <w:rPr>
          <w:rFonts w:ascii="Arial" w:hAnsi="Arial"/>
        </w:rPr>
        <w:t>. So, if we start with Thania for that one,</w:t>
      </w:r>
    </w:p>
    <w:p w14:paraId="69B60AD4" w14:textId="77777777" w:rsidR="003A3F31" w:rsidRDefault="003A3F31">
      <w:pPr>
        <w:spacing w:after="0"/>
      </w:pPr>
    </w:p>
    <w:p w14:paraId="07CA5EC1"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1:02:10</w:t>
      </w:r>
      <w:proofErr w:type="gramEnd"/>
    </w:p>
    <w:p w14:paraId="79A1CFA0" w14:textId="77777777" w:rsidR="003A3F31" w:rsidRDefault="00FA1E12">
      <w:pPr>
        <w:spacing w:after="0"/>
      </w:pPr>
      <w:r>
        <w:rPr>
          <w:rFonts w:ascii="Arial" w:hAnsi="Arial"/>
        </w:rPr>
        <w:t xml:space="preserve">Yes. Well, we </w:t>
      </w:r>
      <w:proofErr w:type="spellStart"/>
      <w:r>
        <w:rPr>
          <w:rFonts w:ascii="Arial" w:hAnsi="Arial"/>
        </w:rPr>
        <w:t>we</w:t>
      </w:r>
      <w:proofErr w:type="spellEnd"/>
      <w:r>
        <w:rPr>
          <w:rFonts w:ascii="Arial" w:hAnsi="Arial"/>
        </w:rPr>
        <w:t xml:space="preserve"> </w:t>
      </w:r>
      <w:proofErr w:type="spellStart"/>
      <w:r>
        <w:rPr>
          <w:rFonts w:ascii="Arial" w:hAnsi="Arial"/>
        </w:rPr>
        <w:t>we</w:t>
      </w:r>
      <w:proofErr w:type="spellEnd"/>
      <w:r>
        <w:rPr>
          <w:rFonts w:ascii="Arial" w:hAnsi="Arial"/>
        </w:rPr>
        <w:t xml:space="preserve"> measure success also in the impact that we have in our community, both from volunteers' skill development to the quality of the visitor experience that we can provide, and the quality </w:t>
      </w:r>
      <w:r>
        <w:rPr>
          <w:rFonts w:ascii="Arial" w:hAnsi="Arial"/>
        </w:rPr>
        <w:lastRenderedPageBreak/>
        <w:t xml:space="preserve">of the experience we can provide beyond the visitors who are paying, we provide this for, for example, for schools. </w:t>
      </w:r>
      <w:proofErr w:type="gramStart"/>
      <w:r>
        <w:rPr>
          <w:rFonts w:ascii="Arial" w:hAnsi="Arial"/>
        </w:rPr>
        <w:t>So</w:t>
      </w:r>
      <w:proofErr w:type="gramEnd"/>
      <w:r>
        <w:rPr>
          <w:rFonts w:ascii="Arial" w:hAnsi="Arial"/>
        </w:rPr>
        <w:t xml:space="preserve"> our education package has grown, and we do charge for schools, but it's so sliding scale kind of thing. </w:t>
      </w:r>
      <w:proofErr w:type="gramStart"/>
      <w:r>
        <w:rPr>
          <w:rFonts w:ascii="Arial" w:hAnsi="Arial"/>
        </w:rPr>
        <w:t>So</w:t>
      </w:r>
      <w:proofErr w:type="gramEnd"/>
      <w:r>
        <w:rPr>
          <w:rFonts w:ascii="Arial" w:hAnsi="Arial"/>
        </w:rPr>
        <w:t xml:space="preserve"> if the school cannot afford us, we offer things for free, so it's never fixed. So it's basically</w:t>
      </w:r>
      <w:r>
        <w:rPr>
          <w:rFonts w:ascii="Arial" w:hAnsi="Arial"/>
        </w:rPr>
        <w:t xml:space="preserve"> the impact that we can have on our community that that that is very meaningful, and that we can see also in in in in not only in the comments but in people's development and people coming back again and again on saying you know somebody went into archaeology because they started volunteering with us, or somebody going out of their shell because of our volunteering </w:t>
      </w:r>
      <w:proofErr w:type="spellStart"/>
      <w:r>
        <w:rPr>
          <w:rFonts w:ascii="Arial" w:hAnsi="Arial"/>
        </w:rPr>
        <w:t>programmes</w:t>
      </w:r>
      <w:proofErr w:type="spellEnd"/>
      <w:r>
        <w:rPr>
          <w:rFonts w:ascii="Arial" w:hAnsi="Arial"/>
        </w:rPr>
        <w:t xml:space="preserve">, or we can reach more neurodivergent people because of the virtual reality experience. </w:t>
      </w:r>
      <w:proofErr w:type="gramStart"/>
      <w:r>
        <w:rPr>
          <w:rFonts w:ascii="Arial" w:hAnsi="Arial"/>
        </w:rPr>
        <w:t>So</w:t>
      </w:r>
      <w:proofErr w:type="gramEnd"/>
      <w:r>
        <w:rPr>
          <w:rFonts w:ascii="Arial" w:hAnsi="Arial"/>
        </w:rPr>
        <w:t xml:space="preserve"> we </w:t>
      </w:r>
      <w:proofErr w:type="spellStart"/>
      <w:r>
        <w:rPr>
          <w:rFonts w:ascii="Arial" w:hAnsi="Arial"/>
        </w:rPr>
        <w:t>we</w:t>
      </w:r>
      <w:proofErr w:type="spellEnd"/>
      <w:r>
        <w:rPr>
          <w:rFonts w:ascii="Arial" w:hAnsi="Arial"/>
        </w:rPr>
        <w:t xml:space="preserve"> are very much into </w:t>
      </w:r>
      <w:proofErr w:type="spellStart"/>
      <w:r>
        <w:rPr>
          <w:rFonts w:ascii="Arial" w:hAnsi="Arial"/>
        </w:rPr>
        <w:t>into</w:t>
      </w:r>
      <w:proofErr w:type="spellEnd"/>
      <w:r>
        <w:rPr>
          <w:rFonts w:ascii="Arial" w:hAnsi="Arial"/>
        </w:rPr>
        <w:t xml:space="preserve"> </w:t>
      </w:r>
      <w:proofErr w:type="gramStart"/>
      <w:r>
        <w:rPr>
          <w:rFonts w:ascii="Arial" w:hAnsi="Arial"/>
        </w:rPr>
        <w:t>yeah</w:t>
      </w:r>
      <w:proofErr w:type="gramEnd"/>
      <w:r>
        <w:rPr>
          <w:rFonts w:ascii="Arial" w:hAnsi="Arial"/>
        </w:rPr>
        <w:t xml:space="preserve"> the impa</w:t>
      </w:r>
      <w:r>
        <w:rPr>
          <w:rFonts w:ascii="Arial" w:hAnsi="Arial"/>
        </w:rPr>
        <w:t>ct that we can have on people.</w:t>
      </w:r>
    </w:p>
    <w:p w14:paraId="4FA73232" w14:textId="77777777" w:rsidR="003A3F31" w:rsidRDefault="003A3F31">
      <w:pPr>
        <w:spacing w:after="0"/>
      </w:pPr>
    </w:p>
    <w:p w14:paraId="5C3D98C8"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1:03:17</w:t>
      </w:r>
      <w:proofErr w:type="gramEnd"/>
    </w:p>
    <w:p w14:paraId="421B0AB8" w14:textId="77777777" w:rsidR="003A3F31" w:rsidRDefault="00FA1E12">
      <w:pPr>
        <w:spacing w:after="0"/>
      </w:pPr>
      <w:r>
        <w:rPr>
          <w:rFonts w:ascii="Arial" w:hAnsi="Arial"/>
        </w:rPr>
        <w:t xml:space="preserve">Brilliant, thank you. I like that </w:t>
      </w:r>
      <w:proofErr w:type="gramStart"/>
      <w:r>
        <w:rPr>
          <w:rFonts w:ascii="Arial" w:hAnsi="Arial"/>
        </w:rPr>
        <w:t>actually the</w:t>
      </w:r>
      <w:proofErr w:type="gramEnd"/>
      <w:r>
        <w:rPr>
          <w:rFonts w:ascii="Arial" w:hAnsi="Arial"/>
        </w:rPr>
        <w:t xml:space="preserve"> </w:t>
      </w:r>
      <w:proofErr w:type="spellStart"/>
      <w:r>
        <w:rPr>
          <w:rFonts w:ascii="Arial" w:hAnsi="Arial"/>
        </w:rPr>
        <w:t>the</w:t>
      </w:r>
      <w:proofErr w:type="spellEnd"/>
      <w:r>
        <w:rPr>
          <w:rFonts w:ascii="Arial" w:hAnsi="Arial"/>
        </w:rPr>
        <w:t xml:space="preserve"> inclusivity of it, as well as of your community, you know, and </w:t>
      </w:r>
      <w:proofErr w:type="spellStart"/>
      <w:r>
        <w:rPr>
          <w:rFonts w:ascii="Arial" w:hAnsi="Arial"/>
        </w:rPr>
        <w:t>and</w:t>
      </w:r>
      <w:proofErr w:type="spellEnd"/>
      <w:r>
        <w:rPr>
          <w:rFonts w:ascii="Arial" w:hAnsi="Arial"/>
        </w:rPr>
        <w:t xml:space="preserve"> sort of reaching out across </w:t>
      </w:r>
      <w:proofErr w:type="gramStart"/>
      <w:r>
        <w:rPr>
          <w:rFonts w:ascii="Arial" w:hAnsi="Arial"/>
        </w:rPr>
        <w:t>various different</w:t>
      </w:r>
      <w:proofErr w:type="gramEnd"/>
      <w:r>
        <w:rPr>
          <w:rFonts w:ascii="Arial" w:hAnsi="Arial"/>
        </w:rPr>
        <w:t xml:space="preserve"> groups within communities as well, and being much more inclusive, is </w:t>
      </w:r>
      <w:proofErr w:type="spellStart"/>
      <w:r>
        <w:rPr>
          <w:rFonts w:ascii="Arial" w:hAnsi="Arial"/>
        </w:rPr>
        <w:t>is</w:t>
      </w:r>
      <w:proofErr w:type="spellEnd"/>
      <w:r>
        <w:rPr>
          <w:rFonts w:ascii="Arial" w:hAnsi="Arial"/>
        </w:rPr>
        <w:t xml:space="preserve"> great. Thank you very much, Thania. I'll pass this question then to John, I think, from the Museum of Lead Mining. So, how do we... how do you evaluate </w:t>
      </w:r>
      <w:proofErr w:type="gramStart"/>
      <w:r>
        <w:rPr>
          <w:rFonts w:ascii="Arial" w:hAnsi="Arial"/>
        </w:rPr>
        <w:t>the success</w:t>
      </w:r>
      <w:proofErr w:type="gramEnd"/>
      <w:r>
        <w:rPr>
          <w:rFonts w:ascii="Arial" w:hAnsi="Arial"/>
        </w:rPr>
        <w:t xml:space="preserve"> more holistically? I know that obviously you haven't fully completed your project yet, but you know how do you envisage beyond just </w:t>
      </w:r>
      <w:proofErr w:type="gramStart"/>
      <w:r>
        <w:rPr>
          <w:rFonts w:ascii="Arial" w:hAnsi="Arial"/>
        </w:rPr>
        <w:t>the financial</w:t>
      </w:r>
      <w:proofErr w:type="gramEnd"/>
      <w:r>
        <w:rPr>
          <w:rFonts w:ascii="Arial" w:hAnsi="Arial"/>
        </w:rPr>
        <w:t xml:space="preserve"> </w:t>
      </w:r>
      <w:r>
        <w:rPr>
          <w:rFonts w:ascii="Arial" w:hAnsi="Arial"/>
        </w:rPr>
        <w:t>metrics?</w:t>
      </w:r>
    </w:p>
    <w:p w14:paraId="22771B6C" w14:textId="77777777" w:rsidR="003A3F31" w:rsidRDefault="003A3F31">
      <w:pPr>
        <w:spacing w:after="0"/>
      </w:pPr>
    </w:p>
    <w:p w14:paraId="4E63CB43"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1:03:52</w:t>
      </w:r>
      <w:proofErr w:type="gramEnd"/>
    </w:p>
    <w:p w14:paraId="657998B0" w14:textId="77777777" w:rsidR="003A3F31" w:rsidRDefault="00FA1E12">
      <w:pPr>
        <w:spacing w:after="0"/>
      </w:pPr>
      <w:r>
        <w:rPr>
          <w:rFonts w:ascii="Arial" w:hAnsi="Arial"/>
        </w:rPr>
        <w:t xml:space="preserve">Yeah, sure. Morning, everybody. </w:t>
      </w:r>
      <w:proofErr w:type="gramStart"/>
      <w:r>
        <w:rPr>
          <w:rFonts w:ascii="Arial" w:hAnsi="Arial"/>
        </w:rPr>
        <w:t>This this</w:t>
      </w:r>
      <w:proofErr w:type="gramEnd"/>
      <w:r>
        <w:rPr>
          <w:rFonts w:ascii="Arial" w:hAnsi="Arial"/>
        </w:rPr>
        <w:t xml:space="preserve"> project is just one innovation </w:t>
      </w:r>
      <w:proofErr w:type="gramStart"/>
      <w:r>
        <w:rPr>
          <w:rFonts w:ascii="Arial" w:hAnsi="Arial"/>
        </w:rPr>
        <w:t>that we've</w:t>
      </w:r>
      <w:proofErr w:type="gramEnd"/>
      <w:r>
        <w:rPr>
          <w:rFonts w:ascii="Arial" w:hAnsi="Arial"/>
        </w:rPr>
        <w:t xml:space="preserve"> </w:t>
      </w:r>
      <w:proofErr w:type="spellStart"/>
      <w:r>
        <w:rPr>
          <w:rFonts w:ascii="Arial" w:hAnsi="Arial"/>
        </w:rPr>
        <w:t>we've</w:t>
      </w:r>
      <w:proofErr w:type="spellEnd"/>
      <w:r>
        <w:rPr>
          <w:rFonts w:ascii="Arial" w:hAnsi="Arial"/>
        </w:rPr>
        <w:t xml:space="preserve"> been carrying out for a few years, so I mean the success of the trial so far has given us a lot of confidence that these things can grow and work. I </w:t>
      </w:r>
      <w:proofErr w:type="gramStart"/>
      <w:r>
        <w:rPr>
          <w:rFonts w:ascii="Arial" w:hAnsi="Arial"/>
        </w:rPr>
        <w:t>think holistically,</w:t>
      </w:r>
      <w:proofErr w:type="gramEnd"/>
      <w:r>
        <w:rPr>
          <w:rFonts w:ascii="Arial" w:hAnsi="Arial"/>
        </w:rPr>
        <w:t xml:space="preserve"> the idea is that the </w:t>
      </w:r>
      <w:proofErr w:type="spellStart"/>
      <w:r>
        <w:rPr>
          <w:rFonts w:ascii="Arial" w:hAnsi="Arial"/>
        </w:rPr>
        <w:t>the</w:t>
      </w:r>
      <w:proofErr w:type="spellEnd"/>
      <w:r>
        <w:rPr>
          <w:rFonts w:ascii="Arial" w:hAnsi="Arial"/>
        </w:rPr>
        <w:t xml:space="preserve"> technology has been shown to be adaptable in ways that people have never thought of, so that's the innovation. But where it can go, depending on </w:t>
      </w:r>
      <w:proofErr w:type="gramStart"/>
      <w:r>
        <w:rPr>
          <w:rFonts w:ascii="Arial" w:hAnsi="Arial"/>
        </w:rPr>
        <w:t>obviously there's</w:t>
      </w:r>
      <w:proofErr w:type="gramEnd"/>
      <w:r>
        <w:rPr>
          <w:rFonts w:ascii="Arial" w:hAnsi="Arial"/>
        </w:rPr>
        <w:t xml:space="preserve"> </w:t>
      </w:r>
      <w:proofErr w:type="spellStart"/>
      <w:r>
        <w:rPr>
          <w:rFonts w:ascii="Arial" w:hAnsi="Arial"/>
        </w:rPr>
        <w:t>there's</w:t>
      </w:r>
      <w:proofErr w:type="spellEnd"/>
      <w:r>
        <w:rPr>
          <w:rFonts w:ascii="Arial" w:hAnsi="Arial"/>
        </w:rPr>
        <w:t xml:space="preserve"> a lot of parameters in there that make it workable or not. But potential is that you know</w:t>
      </w:r>
      <w:r>
        <w:rPr>
          <w:rFonts w:ascii="Arial" w:hAnsi="Arial"/>
        </w:rPr>
        <w:t xml:space="preserve"> sort of a large quantity of the properties in the village, if funding is available for them to do it, they </w:t>
      </w:r>
      <w:proofErr w:type="gramStart"/>
      <w:r>
        <w:rPr>
          <w:rFonts w:ascii="Arial" w:hAnsi="Arial"/>
        </w:rPr>
        <w:t>could actually, you</w:t>
      </w:r>
      <w:proofErr w:type="gramEnd"/>
      <w:r>
        <w:rPr>
          <w:rFonts w:ascii="Arial" w:hAnsi="Arial"/>
        </w:rPr>
        <w:t xml:space="preserve"> know, gain from this same technology. It's an area where there is no gas. Most heating is oil or liquid </w:t>
      </w:r>
      <w:proofErr w:type="spellStart"/>
      <w:r>
        <w:rPr>
          <w:rFonts w:ascii="Arial" w:hAnsi="Arial"/>
        </w:rPr>
        <w:t>liquid</w:t>
      </w:r>
      <w:proofErr w:type="spellEnd"/>
      <w:r>
        <w:rPr>
          <w:rFonts w:ascii="Arial" w:hAnsi="Arial"/>
        </w:rPr>
        <w:t xml:space="preserve"> gas or </w:t>
      </w:r>
      <w:proofErr w:type="gramStart"/>
      <w:r>
        <w:rPr>
          <w:rFonts w:ascii="Arial" w:hAnsi="Arial"/>
        </w:rPr>
        <w:t>electric</w:t>
      </w:r>
      <w:proofErr w:type="gramEnd"/>
      <w:r>
        <w:rPr>
          <w:rFonts w:ascii="Arial" w:hAnsi="Arial"/>
        </w:rPr>
        <w:t xml:space="preserve">, which so it's crying out for something economic. </w:t>
      </w:r>
      <w:proofErr w:type="gramStart"/>
      <w:r>
        <w:rPr>
          <w:rFonts w:ascii="Arial" w:hAnsi="Arial"/>
        </w:rPr>
        <w:t>So</w:t>
      </w:r>
      <w:proofErr w:type="gramEnd"/>
      <w:r>
        <w:rPr>
          <w:rFonts w:ascii="Arial" w:hAnsi="Arial"/>
        </w:rPr>
        <w:t xml:space="preserve"> it's sort of basically</w:t>
      </w:r>
      <w:proofErr w:type="gramStart"/>
      <w:r>
        <w:rPr>
          <w:rFonts w:ascii="Arial" w:hAnsi="Arial"/>
        </w:rPr>
        <w:t>, in</w:t>
      </w:r>
      <w:proofErr w:type="gramEnd"/>
      <w:r>
        <w:rPr>
          <w:rFonts w:ascii="Arial" w:hAnsi="Arial"/>
        </w:rPr>
        <w:t xml:space="preserve"> in a way, it's sort of offering an awful lot of people across the whole country really an opportunity to do something because it is, it's that old saying, you know, thinking out</w:t>
      </w:r>
      <w:r>
        <w:rPr>
          <w:rFonts w:ascii="Arial" w:hAnsi="Arial"/>
        </w:rPr>
        <w:t xml:space="preserve">side the box. Well, I've always said, where's the box? There isn't a box. </w:t>
      </w:r>
      <w:proofErr w:type="gramStart"/>
      <w:r>
        <w:rPr>
          <w:rFonts w:ascii="Arial" w:hAnsi="Arial"/>
        </w:rPr>
        <w:t>So</w:t>
      </w:r>
      <w:proofErr w:type="gramEnd"/>
      <w:r>
        <w:rPr>
          <w:rFonts w:ascii="Arial" w:hAnsi="Arial"/>
        </w:rPr>
        <w:t xml:space="preserve"> I think </w:t>
      </w:r>
      <w:proofErr w:type="gramStart"/>
      <w:r>
        <w:rPr>
          <w:rFonts w:ascii="Arial" w:hAnsi="Arial"/>
        </w:rPr>
        <w:t>that's where</w:t>
      </w:r>
      <w:proofErr w:type="gramEnd"/>
      <w:r>
        <w:rPr>
          <w:rFonts w:ascii="Arial" w:hAnsi="Arial"/>
        </w:rPr>
        <w:t xml:space="preserve"> </w:t>
      </w:r>
      <w:proofErr w:type="spellStart"/>
      <w:r>
        <w:rPr>
          <w:rFonts w:ascii="Arial" w:hAnsi="Arial"/>
        </w:rPr>
        <w:t>where</w:t>
      </w:r>
      <w:proofErr w:type="spellEnd"/>
      <w:r>
        <w:rPr>
          <w:rFonts w:ascii="Arial" w:hAnsi="Arial"/>
        </w:rPr>
        <w:t xml:space="preserve"> </w:t>
      </w:r>
      <w:proofErr w:type="gramStart"/>
      <w:r>
        <w:rPr>
          <w:rFonts w:ascii="Arial" w:hAnsi="Arial"/>
        </w:rPr>
        <w:t>we're coming</w:t>
      </w:r>
      <w:proofErr w:type="gramEnd"/>
      <w:r>
        <w:rPr>
          <w:rFonts w:ascii="Arial" w:hAnsi="Arial"/>
        </w:rPr>
        <w:t xml:space="preserve"> from with this </w:t>
      </w:r>
      <w:proofErr w:type="gramStart"/>
      <w:r>
        <w:rPr>
          <w:rFonts w:ascii="Arial" w:hAnsi="Arial"/>
        </w:rPr>
        <w:t>particular project</w:t>
      </w:r>
      <w:proofErr w:type="gramEnd"/>
      <w:r>
        <w:rPr>
          <w:rFonts w:ascii="Arial" w:hAnsi="Arial"/>
        </w:rPr>
        <w:t xml:space="preserve"> is that it </w:t>
      </w:r>
      <w:proofErr w:type="gramStart"/>
      <w:r>
        <w:rPr>
          <w:rFonts w:ascii="Arial" w:hAnsi="Arial"/>
        </w:rPr>
        <w:t>sort</w:t>
      </w:r>
      <w:proofErr w:type="gramEnd"/>
      <w:r>
        <w:rPr>
          <w:rFonts w:ascii="Arial" w:hAnsi="Arial"/>
        </w:rPr>
        <w:t xml:space="preserve"> of opened the doors for an awful lot of people to </w:t>
      </w:r>
      <w:proofErr w:type="gramStart"/>
      <w:r>
        <w:rPr>
          <w:rFonts w:ascii="Arial" w:hAnsi="Arial"/>
        </w:rPr>
        <w:t>look into</w:t>
      </w:r>
      <w:proofErr w:type="gramEnd"/>
      <w:r>
        <w:rPr>
          <w:rFonts w:ascii="Arial" w:hAnsi="Arial"/>
        </w:rPr>
        <w:t xml:space="preserve"> the possibilities. The original Sea Warm project was based on extracting heat from seawater, which is incredible. You know, it's </w:t>
      </w:r>
      <w:proofErr w:type="spellStart"/>
      <w:proofErr w:type="gramStart"/>
      <w:r>
        <w:rPr>
          <w:rFonts w:ascii="Arial" w:hAnsi="Arial"/>
        </w:rPr>
        <w:t>it's</w:t>
      </w:r>
      <w:proofErr w:type="spellEnd"/>
      <w:proofErr w:type="gramEnd"/>
      <w:r>
        <w:rPr>
          <w:rFonts w:ascii="Arial" w:hAnsi="Arial"/>
        </w:rPr>
        <w:t xml:space="preserve"> like well, who'd have thought of that? You know, just taking, and </w:t>
      </w:r>
      <w:proofErr w:type="gramStart"/>
      <w:r>
        <w:rPr>
          <w:rFonts w:ascii="Arial" w:hAnsi="Arial"/>
        </w:rPr>
        <w:t>the technology</w:t>
      </w:r>
      <w:proofErr w:type="gramEnd"/>
      <w:r>
        <w:rPr>
          <w:rFonts w:ascii="Arial" w:hAnsi="Arial"/>
        </w:rPr>
        <w:t xml:space="preserve"> only needs to remove one or two degrees to </w:t>
      </w:r>
      <w:proofErr w:type="gramStart"/>
      <w:r>
        <w:rPr>
          <w:rFonts w:ascii="Arial" w:hAnsi="Arial"/>
        </w:rPr>
        <w:t>actually work</w:t>
      </w:r>
      <w:proofErr w:type="gramEnd"/>
      <w:r>
        <w:rPr>
          <w:rFonts w:ascii="Arial" w:hAnsi="Arial"/>
        </w:rPr>
        <w:t xml:space="preserve">. </w:t>
      </w:r>
      <w:proofErr w:type="gramStart"/>
      <w:r>
        <w:rPr>
          <w:rFonts w:ascii="Arial" w:hAnsi="Arial"/>
        </w:rPr>
        <w:t>So</w:t>
      </w:r>
      <w:proofErr w:type="gramEnd"/>
      <w:r>
        <w:rPr>
          <w:rFonts w:ascii="Arial" w:hAnsi="Arial"/>
        </w:rPr>
        <w:t xml:space="preserve"> it's, it'</w:t>
      </w:r>
      <w:r>
        <w:rPr>
          <w:rFonts w:ascii="Arial" w:hAnsi="Arial"/>
        </w:rPr>
        <w:t>s, yeah, it's quite groundbreaking. If you pardon the pun.</w:t>
      </w:r>
    </w:p>
    <w:p w14:paraId="04E37F7E" w14:textId="77777777" w:rsidR="003A3F31" w:rsidRDefault="003A3F31">
      <w:pPr>
        <w:spacing w:after="0"/>
      </w:pPr>
    </w:p>
    <w:p w14:paraId="269EB94D"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1:05:54</w:t>
      </w:r>
      <w:proofErr w:type="gramEnd"/>
    </w:p>
    <w:p w14:paraId="32377F1D" w14:textId="77777777" w:rsidR="003A3F31" w:rsidRDefault="00FA1E12">
      <w:pPr>
        <w:spacing w:after="0"/>
      </w:pPr>
      <w:r>
        <w:rPr>
          <w:rFonts w:ascii="Arial" w:hAnsi="Arial"/>
        </w:rPr>
        <w:t>No, it absolutely is. Absolutely is, and you can almost be like the trailblazers for this. You know, you can be the examples, Kate. Sorry.</w:t>
      </w:r>
    </w:p>
    <w:p w14:paraId="16144199" w14:textId="77777777" w:rsidR="003A3F31" w:rsidRDefault="003A3F31">
      <w:pPr>
        <w:spacing w:after="0"/>
      </w:pPr>
    </w:p>
    <w:p w14:paraId="222537B1" w14:textId="77777777" w:rsidR="003A3F31" w:rsidRDefault="00FA1E12">
      <w:pPr>
        <w:spacing w:after="0"/>
      </w:pPr>
      <w:r>
        <w:rPr>
          <w:rFonts w:ascii="Arial" w:hAnsi="Arial"/>
          <w:b/>
        </w:rPr>
        <w:t xml:space="preserve">Kate </w:t>
      </w:r>
      <w:proofErr w:type="spellStart"/>
      <w:proofErr w:type="gramStart"/>
      <w:r>
        <w:rPr>
          <w:rFonts w:ascii="Arial" w:hAnsi="Arial"/>
          <w:b/>
        </w:rPr>
        <w:t>Linsell</w:t>
      </w:r>
      <w:proofErr w:type="spellEnd"/>
      <w:r>
        <w:rPr>
          <w:rFonts w:ascii="Arial" w:hAnsi="Arial"/>
          <w:b/>
        </w:rPr>
        <w:t xml:space="preserve">  </w:t>
      </w:r>
      <w:r>
        <w:rPr>
          <w:rFonts w:ascii="Arial" w:hAnsi="Arial"/>
          <w:color w:val="5D7284"/>
        </w:rPr>
        <w:t>1:06:02</w:t>
      </w:r>
      <w:proofErr w:type="gramEnd"/>
    </w:p>
    <w:p w14:paraId="08D6421E" w14:textId="77777777" w:rsidR="003A3F31" w:rsidRDefault="00FA1E12">
      <w:pPr>
        <w:spacing w:after="0"/>
      </w:pPr>
      <w:r>
        <w:rPr>
          <w:rFonts w:ascii="Arial" w:hAnsi="Arial"/>
        </w:rPr>
        <w:t xml:space="preserve">No, I just wanted to add that that the </w:t>
      </w:r>
      <w:proofErr w:type="spellStart"/>
      <w:r>
        <w:rPr>
          <w:rFonts w:ascii="Arial" w:hAnsi="Arial"/>
        </w:rPr>
        <w:t>the</w:t>
      </w:r>
      <w:proofErr w:type="spellEnd"/>
      <w:r>
        <w:rPr>
          <w:rFonts w:ascii="Arial" w:hAnsi="Arial"/>
        </w:rPr>
        <w:t xml:space="preserve"> history, the industrial history of the area, because it's so remote, they didn't have coal, have steam power to </w:t>
      </w:r>
      <w:proofErr w:type="spellStart"/>
      <w:r>
        <w:rPr>
          <w:rFonts w:ascii="Arial" w:hAnsi="Arial"/>
        </w:rPr>
        <w:t>to</w:t>
      </w:r>
      <w:proofErr w:type="spellEnd"/>
      <w:r>
        <w:rPr>
          <w:rFonts w:ascii="Arial" w:hAnsi="Arial"/>
        </w:rPr>
        <w:t xml:space="preserve"> pump the water out. It was rainwater collected to provide hydraulic power to pump the water out of the mines, so the miners could mine the lead, and so </w:t>
      </w:r>
      <w:r>
        <w:rPr>
          <w:rFonts w:ascii="Arial" w:hAnsi="Arial"/>
        </w:rPr>
        <w:lastRenderedPageBreak/>
        <w:t xml:space="preserve">this is really going full circle from the history before in terms of story of using water from the mines, not to pump power pumps, but actually to heat the museum that keeps the story going. </w:t>
      </w:r>
      <w:proofErr w:type="gramStart"/>
      <w:r>
        <w:rPr>
          <w:rFonts w:ascii="Arial" w:hAnsi="Arial"/>
        </w:rPr>
        <w:t>So</w:t>
      </w:r>
      <w:proofErr w:type="gramEnd"/>
      <w:r>
        <w:rPr>
          <w:rFonts w:ascii="Arial" w:hAnsi="Arial"/>
        </w:rPr>
        <w:t xml:space="preserve"> it's got </w:t>
      </w:r>
      <w:proofErr w:type="spellStart"/>
      <w:proofErr w:type="gramStart"/>
      <w:r>
        <w:rPr>
          <w:rFonts w:ascii="Arial" w:hAnsi="Arial"/>
        </w:rPr>
        <w:t>a</w:t>
      </w:r>
      <w:proofErr w:type="spellEnd"/>
      <w:r>
        <w:rPr>
          <w:rFonts w:ascii="Arial" w:hAnsi="Arial"/>
        </w:rPr>
        <w:t xml:space="preserve"> it's</w:t>
      </w:r>
      <w:proofErr w:type="gramEnd"/>
      <w:r>
        <w:rPr>
          <w:rFonts w:ascii="Arial" w:hAnsi="Arial"/>
        </w:rPr>
        <w:t xml:space="preserve"> got another sort of historical </w:t>
      </w:r>
      <w:r>
        <w:rPr>
          <w:rFonts w:ascii="Arial" w:hAnsi="Arial"/>
        </w:rPr>
        <w:t>line to it as well. Sorry, I shall.</w:t>
      </w:r>
    </w:p>
    <w:p w14:paraId="1EB330F2" w14:textId="77777777" w:rsidR="003A3F31" w:rsidRDefault="003A3F31">
      <w:pPr>
        <w:spacing w:after="0"/>
      </w:pPr>
    </w:p>
    <w:p w14:paraId="5B6988A8"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1:06:41</w:t>
      </w:r>
      <w:proofErr w:type="gramEnd"/>
    </w:p>
    <w:p w14:paraId="7AAC7F93" w14:textId="77777777" w:rsidR="003A3F31" w:rsidRDefault="00FA1E12">
      <w:pPr>
        <w:spacing w:after="0"/>
      </w:pPr>
      <w:r>
        <w:rPr>
          <w:rFonts w:ascii="Arial" w:hAnsi="Arial"/>
        </w:rPr>
        <w:t xml:space="preserve">No, no, absolutely. That's and that's </w:t>
      </w:r>
      <w:proofErr w:type="gramStart"/>
      <w:r>
        <w:rPr>
          <w:rFonts w:ascii="Arial" w:hAnsi="Arial"/>
        </w:rPr>
        <w:t>really</w:t>
      </w:r>
      <w:proofErr w:type="gramEnd"/>
      <w:r>
        <w:rPr>
          <w:rFonts w:ascii="Arial" w:hAnsi="Arial"/>
        </w:rPr>
        <w:t xml:space="preserve"> it's </w:t>
      </w:r>
      <w:proofErr w:type="gramStart"/>
      <w:r>
        <w:rPr>
          <w:rFonts w:ascii="Arial" w:hAnsi="Arial"/>
        </w:rPr>
        <w:t>really interesting</w:t>
      </w:r>
      <w:proofErr w:type="gramEnd"/>
      <w:r>
        <w:rPr>
          <w:rFonts w:ascii="Arial" w:hAnsi="Arial"/>
        </w:rPr>
        <w:t xml:space="preserve"> to </w:t>
      </w:r>
      <w:proofErr w:type="spellStart"/>
      <w:r>
        <w:rPr>
          <w:rFonts w:ascii="Arial" w:hAnsi="Arial"/>
        </w:rPr>
        <w:t>to</w:t>
      </w:r>
      <w:proofErr w:type="spellEnd"/>
      <w:r>
        <w:rPr>
          <w:rFonts w:ascii="Arial" w:hAnsi="Arial"/>
        </w:rPr>
        <w:t xml:space="preserve"> hear a lot.</w:t>
      </w:r>
    </w:p>
    <w:p w14:paraId="46A735D8" w14:textId="77777777" w:rsidR="003A3F31" w:rsidRDefault="003A3F31">
      <w:pPr>
        <w:spacing w:after="0"/>
      </w:pPr>
    </w:p>
    <w:p w14:paraId="17C97AA9"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1:06:48</w:t>
      </w:r>
      <w:proofErr w:type="gramEnd"/>
    </w:p>
    <w:p w14:paraId="27735B0C" w14:textId="77777777" w:rsidR="003A3F31" w:rsidRDefault="00FA1E12">
      <w:pPr>
        <w:spacing w:after="0"/>
      </w:pPr>
      <w:r>
        <w:rPr>
          <w:rFonts w:ascii="Arial" w:hAnsi="Arial"/>
        </w:rPr>
        <w:t xml:space="preserve">Yeah, I did mean to mention it. It's gone out my mind, but basically,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only reason that the mining in the village was successful for so many hundreds of years was because of the ingenious use of people at the time to extract energy from water, and they did. They went to huge lengths to collect the water to extract the energy. </w:t>
      </w:r>
      <w:proofErr w:type="gramStart"/>
      <w:r>
        <w:rPr>
          <w:rFonts w:ascii="Arial" w:hAnsi="Arial"/>
        </w:rPr>
        <w:t>So</w:t>
      </w:r>
      <w:proofErr w:type="gramEnd"/>
      <w:r>
        <w:rPr>
          <w:rFonts w:ascii="Arial" w:hAnsi="Arial"/>
        </w:rPr>
        <w:t xml:space="preserve"> we've actually, as Kate says, we've brought it right up to date by using energy again from the water here to </w:t>
      </w:r>
      <w:proofErr w:type="spellStart"/>
      <w:r>
        <w:rPr>
          <w:rFonts w:ascii="Arial" w:hAnsi="Arial"/>
        </w:rPr>
        <w:t>to</w:t>
      </w:r>
      <w:proofErr w:type="spellEnd"/>
      <w:r>
        <w:rPr>
          <w:rFonts w:ascii="Arial" w:hAnsi="Arial"/>
        </w:rPr>
        <w:t xml:space="preserve"> make things workable, but I think that the fact is, if </w:t>
      </w:r>
      <w:proofErr w:type="spellStart"/>
      <w:r>
        <w:rPr>
          <w:rFonts w:ascii="Arial" w:hAnsi="Arial"/>
        </w:rPr>
        <w:t>if</w:t>
      </w:r>
      <w:proofErr w:type="spellEnd"/>
      <w:r>
        <w:rPr>
          <w:rFonts w:ascii="Arial" w:hAnsi="Arial"/>
        </w:rPr>
        <w:t xml:space="preserve"> the museum had looked at investing in this project as an idea ourselves, i</w:t>
      </w:r>
      <w:r>
        <w:rPr>
          <w:rFonts w:ascii="Arial" w:hAnsi="Arial"/>
        </w:rPr>
        <w:t xml:space="preserve">t would have never have happened because we just do not have the you know the financial resources to even contemplate something like this. </w:t>
      </w:r>
      <w:proofErr w:type="gramStart"/>
      <w:r>
        <w:rPr>
          <w:rFonts w:ascii="Arial" w:hAnsi="Arial"/>
        </w:rPr>
        <w:t>So</w:t>
      </w:r>
      <w:proofErr w:type="gramEnd"/>
      <w:r>
        <w:rPr>
          <w:rFonts w:ascii="Arial" w:hAnsi="Arial"/>
        </w:rPr>
        <w:t xml:space="preserve"> I think a large degree of innovation comes from such as Museums Galleries Scotland. In the in </w:t>
      </w:r>
      <w:proofErr w:type="gramStart"/>
      <w:r>
        <w:rPr>
          <w:rFonts w:ascii="Arial" w:hAnsi="Arial"/>
        </w:rPr>
        <w:t>the this</w:t>
      </w:r>
      <w:proofErr w:type="gramEnd"/>
      <w:r>
        <w:rPr>
          <w:rFonts w:ascii="Arial" w:hAnsi="Arial"/>
        </w:rPr>
        <w:t xml:space="preserve"> an innovative idea to say right, you know your ideas can work if you get this funding, and then the </w:t>
      </w:r>
      <w:proofErr w:type="spellStart"/>
      <w:r>
        <w:rPr>
          <w:rFonts w:ascii="Arial" w:hAnsi="Arial"/>
        </w:rPr>
        <w:t>the</w:t>
      </w:r>
      <w:proofErr w:type="spellEnd"/>
      <w:r>
        <w:rPr>
          <w:rFonts w:ascii="Arial" w:hAnsi="Arial"/>
        </w:rPr>
        <w:t xml:space="preserve"> long term the very </w:t>
      </w:r>
      <w:proofErr w:type="gramStart"/>
      <w:r>
        <w:rPr>
          <w:rFonts w:ascii="Arial" w:hAnsi="Arial"/>
        </w:rPr>
        <w:t>long term</w:t>
      </w:r>
      <w:proofErr w:type="gramEnd"/>
      <w:r>
        <w:rPr>
          <w:rFonts w:ascii="Arial" w:hAnsi="Arial"/>
        </w:rPr>
        <w:t xml:space="preserve"> payback is, you know, is incredible, so </w:t>
      </w:r>
      <w:proofErr w:type="spellStart"/>
      <w:r>
        <w:rPr>
          <w:rFonts w:ascii="Arial" w:hAnsi="Arial"/>
        </w:rPr>
        <w:t>so</w:t>
      </w:r>
      <w:proofErr w:type="spellEnd"/>
      <w:r>
        <w:rPr>
          <w:rFonts w:ascii="Arial" w:hAnsi="Arial"/>
        </w:rPr>
        <w:t xml:space="preserve"> there's a degree of innovation from yourselves.</w:t>
      </w:r>
    </w:p>
    <w:p w14:paraId="0F7890F0" w14:textId="77777777" w:rsidR="003A3F31" w:rsidRDefault="003A3F31">
      <w:pPr>
        <w:spacing w:after="0"/>
      </w:pPr>
    </w:p>
    <w:p w14:paraId="1F5CF5CC"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1:08:07</w:t>
      </w:r>
      <w:proofErr w:type="gramEnd"/>
    </w:p>
    <w:p w14:paraId="4C4E45D6" w14:textId="77777777" w:rsidR="003A3F31" w:rsidRDefault="00FA1E12">
      <w:pPr>
        <w:spacing w:after="0"/>
      </w:pPr>
      <w:r>
        <w:rPr>
          <w:rFonts w:ascii="Arial" w:hAnsi="Arial"/>
        </w:rPr>
        <w:t xml:space="preserve">Yeah, absolutely, and </w:t>
      </w:r>
      <w:proofErr w:type="spellStart"/>
      <w:r>
        <w:rPr>
          <w:rFonts w:ascii="Arial" w:hAnsi="Arial"/>
        </w:rPr>
        <w:t>and</w:t>
      </w:r>
      <w:proofErr w:type="spellEnd"/>
      <w:r>
        <w:rPr>
          <w:rFonts w:ascii="Arial" w:hAnsi="Arial"/>
        </w:rPr>
        <w:t xml:space="preserve"> that's really the basis of the Museum Futures project as well, isn't it? It's just trying to encourage </w:t>
      </w:r>
      <w:proofErr w:type="spellStart"/>
      <w:r>
        <w:rPr>
          <w:rFonts w:ascii="Arial" w:hAnsi="Arial"/>
        </w:rPr>
        <w:t>organisations</w:t>
      </w:r>
      <w:proofErr w:type="spellEnd"/>
      <w:r>
        <w:rPr>
          <w:rFonts w:ascii="Arial" w:hAnsi="Arial"/>
        </w:rPr>
        <w:t xml:space="preserve"> to look and see </w:t>
      </w:r>
      <w:proofErr w:type="gramStart"/>
      <w:r>
        <w:rPr>
          <w:rFonts w:ascii="Arial" w:hAnsi="Arial"/>
        </w:rPr>
        <w:t>what they</w:t>
      </w:r>
      <w:proofErr w:type="gramEnd"/>
      <w:r>
        <w:rPr>
          <w:rFonts w:ascii="Arial" w:hAnsi="Arial"/>
        </w:rPr>
        <w:t xml:space="preserve"> </w:t>
      </w:r>
      <w:proofErr w:type="spellStart"/>
      <w:r>
        <w:rPr>
          <w:rFonts w:ascii="Arial" w:hAnsi="Arial"/>
        </w:rPr>
        <w:t>they</w:t>
      </w:r>
      <w:proofErr w:type="spellEnd"/>
      <w:r>
        <w:rPr>
          <w:rFonts w:ascii="Arial" w:hAnsi="Arial"/>
        </w:rPr>
        <w:t xml:space="preserve"> have, and then what </w:t>
      </w:r>
      <w:proofErr w:type="gramStart"/>
      <w:r>
        <w:rPr>
          <w:rFonts w:ascii="Arial" w:hAnsi="Arial"/>
        </w:rPr>
        <w:t>changes and</w:t>
      </w:r>
      <w:proofErr w:type="gramEnd"/>
      <w:r>
        <w:rPr>
          <w:rFonts w:ascii="Arial" w:hAnsi="Arial"/>
        </w:rPr>
        <w:t xml:space="preserve"> </w:t>
      </w:r>
      <w:proofErr w:type="spellStart"/>
      <w:r>
        <w:rPr>
          <w:rFonts w:ascii="Arial" w:hAnsi="Arial"/>
        </w:rPr>
        <w:t>and</w:t>
      </w:r>
      <w:proofErr w:type="spellEnd"/>
      <w:r>
        <w:rPr>
          <w:rFonts w:ascii="Arial" w:hAnsi="Arial"/>
        </w:rPr>
        <w:t xml:space="preserve"> adjustments and adaptations can </w:t>
      </w:r>
      <w:proofErr w:type="spellStart"/>
      <w:r>
        <w:rPr>
          <w:rFonts w:ascii="Arial" w:hAnsi="Arial"/>
        </w:rPr>
        <w:t>can</w:t>
      </w:r>
      <w:proofErr w:type="spellEnd"/>
      <w:r>
        <w:rPr>
          <w:rFonts w:ascii="Arial" w:hAnsi="Arial"/>
        </w:rPr>
        <w:t xml:space="preserve"> be made, and yeah, as you say, trying to sort of think outside the box. But yeah</w:t>
      </w:r>
      <w:proofErr w:type="gramStart"/>
      <w:r>
        <w:rPr>
          <w:rFonts w:ascii="Arial" w:hAnsi="Arial"/>
        </w:rPr>
        <w:t>, we</w:t>
      </w:r>
      <w:proofErr w:type="gramEnd"/>
      <w:r>
        <w:rPr>
          <w:rFonts w:ascii="Arial" w:hAnsi="Arial"/>
        </w:rPr>
        <w:t xml:space="preserve"> </w:t>
      </w:r>
      <w:proofErr w:type="spellStart"/>
      <w:r>
        <w:rPr>
          <w:rFonts w:ascii="Arial" w:hAnsi="Arial"/>
        </w:rPr>
        <w:t>we</w:t>
      </w:r>
      <w:proofErr w:type="spellEnd"/>
      <w:r>
        <w:rPr>
          <w:rFonts w:ascii="Arial" w:hAnsi="Arial"/>
        </w:rPr>
        <w:t xml:space="preserve"> are delighted to be supporting this </w:t>
      </w:r>
      <w:proofErr w:type="gramStart"/>
      <w:r>
        <w:rPr>
          <w:rFonts w:ascii="Arial" w:hAnsi="Arial"/>
        </w:rPr>
        <w:t>project at the</w:t>
      </w:r>
      <w:proofErr w:type="gramEnd"/>
      <w:r>
        <w:rPr>
          <w:rFonts w:ascii="Arial" w:hAnsi="Arial"/>
        </w:rPr>
        <w:t xml:space="preserve"> at the museum. It's </w:t>
      </w:r>
      <w:proofErr w:type="spellStart"/>
      <w:r>
        <w:rPr>
          <w:rFonts w:ascii="Arial" w:hAnsi="Arial"/>
        </w:rPr>
        <w:t>it's</w:t>
      </w:r>
      <w:proofErr w:type="spellEnd"/>
      <w:r>
        <w:rPr>
          <w:rFonts w:ascii="Arial" w:hAnsi="Arial"/>
        </w:rPr>
        <w:t xml:space="preserve"> very exciting one, and I'll just pass that same question over to Ashley. </w:t>
      </w:r>
      <w:proofErr w:type="gramStart"/>
      <w:r>
        <w:rPr>
          <w:rFonts w:ascii="Arial" w:hAnsi="Arial"/>
        </w:rPr>
        <w:t>So</w:t>
      </w:r>
      <w:proofErr w:type="gramEnd"/>
      <w:r>
        <w:rPr>
          <w:rFonts w:ascii="Arial" w:hAnsi="Arial"/>
        </w:rPr>
        <w:t xml:space="preserve"> sort of success </w:t>
      </w:r>
      <w:proofErr w:type="gramStart"/>
      <w:r>
        <w:rPr>
          <w:rFonts w:ascii="Arial" w:hAnsi="Arial"/>
        </w:rPr>
        <w:t>beyond</w:t>
      </w:r>
      <w:proofErr w:type="gramEnd"/>
      <w:r>
        <w:rPr>
          <w:rFonts w:ascii="Arial" w:hAnsi="Arial"/>
        </w:rPr>
        <w:t xml:space="preserve"> just the money.</w:t>
      </w:r>
    </w:p>
    <w:p w14:paraId="71D9FB74" w14:textId="77777777" w:rsidR="003A3F31" w:rsidRDefault="003A3F31">
      <w:pPr>
        <w:spacing w:after="0"/>
      </w:pPr>
    </w:p>
    <w:p w14:paraId="529093BD" w14:textId="77777777" w:rsidR="003A3F31" w:rsidRDefault="00FA1E12">
      <w:pPr>
        <w:spacing w:after="0"/>
      </w:pPr>
      <w:r>
        <w:rPr>
          <w:rFonts w:ascii="Arial" w:hAnsi="Arial"/>
          <w:b/>
        </w:rPr>
        <w:t xml:space="preserve">Ashley </w:t>
      </w:r>
      <w:proofErr w:type="gramStart"/>
      <w:r>
        <w:rPr>
          <w:rFonts w:ascii="Arial" w:hAnsi="Arial"/>
          <w:b/>
        </w:rPr>
        <w:t xml:space="preserve">Pink  </w:t>
      </w:r>
      <w:r>
        <w:rPr>
          <w:rFonts w:ascii="Arial" w:hAnsi="Arial"/>
          <w:color w:val="5D7284"/>
        </w:rPr>
        <w:t>1:08:41</w:t>
      </w:r>
      <w:proofErr w:type="gramEnd"/>
    </w:p>
    <w:p w14:paraId="0F80AA95" w14:textId="77777777" w:rsidR="003A3F31" w:rsidRDefault="00FA1E12">
      <w:pPr>
        <w:spacing w:after="0"/>
      </w:pPr>
      <w:r>
        <w:rPr>
          <w:rFonts w:ascii="Arial" w:hAnsi="Arial"/>
        </w:rPr>
        <w:t xml:space="preserve">It's for us, it's been the engagement. I think that's been the biggest thing. We've had you know incredible mail signups. We've been able to engage with an audience that we didn't have </w:t>
      </w:r>
      <w:proofErr w:type="gramStart"/>
      <w:r>
        <w:rPr>
          <w:rFonts w:ascii="Arial" w:hAnsi="Arial"/>
        </w:rPr>
        <w:t>before, and</w:t>
      </w:r>
      <w:proofErr w:type="gramEnd"/>
      <w:r>
        <w:rPr>
          <w:rFonts w:ascii="Arial" w:hAnsi="Arial"/>
        </w:rPr>
        <w:t xml:space="preserve"> been able to </w:t>
      </w:r>
      <w:proofErr w:type="gramStart"/>
      <w:r>
        <w:rPr>
          <w:rFonts w:ascii="Arial" w:hAnsi="Arial"/>
        </w:rPr>
        <w:t>open up</w:t>
      </w:r>
      <w:proofErr w:type="gramEnd"/>
      <w:r>
        <w:rPr>
          <w:rFonts w:ascii="Arial" w:hAnsi="Arial"/>
        </w:rPr>
        <w:t xml:space="preserve"> Discovery Point. One of the things that I find the most in feedback is that people come once and then they don't come again, and that's really helped to kind of reignite little parts of Discovery, and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price exposure was incredible for us. </w:t>
      </w:r>
      <w:proofErr w:type="gramStart"/>
      <w:r>
        <w:rPr>
          <w:rFonts w:ascii="Arial" w:hAnsi="Arial"/>
        </w:rPr>
        <w:t>It really it</w:t>
      </w:r>
      <w:proofErr w:type="gramEnd"/>
      <w:r>
        <w:rPr>
          <w:rFonts w:ascii="Arial" w:hAnsi="Arial"/>
        </w:rPr>
        <w:t xml:space="preserve"> really made a difference. </w:t>
      </w:r>
      <w:proofErr w:type="gramStart"/>
      <w:r>
        <w:rPr>
          <w:rFonts w:ascii="Arial" w:hAnsi="Arial"/>
        </w:rPr>
        <w:t>So</w:t>
      </w:r>
      <w:proofErr w:type="gramEnd"/>
      <w:r>
        <w:rPr>
          <w:rFonts w:ascii="Arial" w:hAnsi="Arial"/>
        </w:rPr>
        <w:t xml:space="preserve"> when we put in our dynamic pricing on the back of that, when we </w:t>
      </w:r>
      <w:proofErr w:type="spellStart"/>
      <w:r>
        <w:rPr>
          <w:rFonts w:ascii="Arial" w:hAnsi="Arial"/>
        </w:rPr>
        <w:t>we</w:t>
      </w:r>
      <w:proofErr w:type="spellEnd"/>
      <w:r>
        <w:rPr>
          <w:rFonts w:ascii="Arial" w:hAnsi="Arial"/>
        </w:rPr>
        <w:t xml:space="preserve"> put in our retail range, it just gave us a lot more scope to say current, and we've had you know kind of very prominent Ins</w:t>
      </w:r>
      <w:r>
        <w:rPr>
          <w:rFonts w:ascii="Arial" w:hAnsi="Arial"/>
        </w:rPr>
        <w:t xml:space="preserve">tagrammers get in touch with us who want to do the mast climb, which again has given exposure as well. That free </w:t>
      </w:r>
      <w:proofErr w:type="gramStart"/>
      <w:r>
        <w:rPr>
          <w:rFonts w:ascii="Arial" w:hAnsi="Arial"/>
        </w:rPr>
        <w:t>mast</w:t>
      </w:r>
      <w:proofErr w:type="gramEnd"/>
      <w:r>
        <w:rPr>
          <w:rFonts w:ascii="Arial" w:hAnsi="Arial"/>
        </w:rPr>
        <w:t xml:space="preserve"> climb they've had </w:t>
      </w:r>
      <w:proofErr w:type="gramStart"/>
      <w:r>
        <w:rPr>
          <w:rFonts w:ascii="Arial" w:hAnsi="Arial"/>
        </w:rPr>
        <w:t>has</w:t>
      </w:r>
      <w:proofErr w:type="gramEnd"/>
      <w:r>
        <w:rPr>
          <w:rFonts w:ascii="Arial" w:hAnsi="Arial"/>
        </w:rPr>
        <w:t xml:space="preserve"> generated hundreds of thousands of views for us, which again has </w:t>
      </w:r>
      <w:proofErr w:type="spellStart"/>
      <w:proofErr w:type="gramStart"/>
      <w:r>
        <w:rPr>
          <w:rFonts w:ascii="Arial" w:hAnsi="Arial"/>
        </w:rPr>
        <w:t>has</w:t>
      </w:r>
      <w:proofErr w:type="spellEnd"/>
      <w:proofErr w:type="gramEnd"/>
      <w:r>
        <w:rPr>
          <w:rFonts w:ascii="Arial" w:hAnsi="Arial"/>
        </w:rPr>
        <w:t xml:space="preserve"> been fab for getting influencers involved.</w:t>
      </w:r>
    </w:p>
    <w:p w14:paraId="561CBF57" w14:textId="77777777" w:rsidR="003A3F31" w:rsidRDefault="003A3F31">
      <w:pPr>
        <w:spacing w:after="0"/>
      </w:pPr>
    </w:p>
    <w:p w14:paraId="27E542B3"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1:09:37</w:t>
      </w:r>
      <w:proofErr w:type="gramEnd"/>
    </w:p>
    <w:p w14:paraId="213C9B8E" w14:textId="77777777" w:rsidR="003A3F31" w:rsidRDefault="00FA1E12">
      <w:pPr>
        <w:spacing w:after="0"/>
      </w:pPr>
      <w:r>
        <w:rPr>
          <w:rFonts w:ascii="Arial" w:hAnsi="Arial"/>
        </w:rPr>
        <w:t xml:space="preserve">Yeah, I can imagine that you've had a few influencers contact, and you we'll happily do this if we can do it for free, and we'll put it up on our put it up on our page. Yeah, absolutely. As you say, it's that that </w:t>
      </w:r>
      <w:r>
        <w:rPr>
          <w:rFonts w:ascii="Arial" w:hAnsi="Arial"/>
        </w:rPr>
        <w:lastRenderedPageBreak/>
        <w:t xml:space="preserve">engagement and being able to potentially </w:t>
      </w:r>
      <w:proofErr w:type="gramStart"/>
      <w:r>
        <w:rPr>
          <w:rFonts w:ascii="Arial" w:hAnsi="Arial"/>
        </w:rPr>
        <w:t>engage with</w:t>
      </w:r>
      <w:proofErr w:type="gramEnd"/>
      <w:r>
        <w:rPr>
          <w:rFonts w:ascii="Arial" w:hAnsi="Arial"/>
        </w:rPr>
        <w:t xml:space="preserve"> </w:t>
      </w:r>
      <w:proofErr w:type="spellStart"/>
      <w:r>
        <w:rPr>
          <w:rFonts w:ascii="Arial" w:hAnsi="Arial"/>
        </w:rPr>
        <w:t>with</w:t>
      </w:r>
      <w:proofErr w:type="spellEnd"/>
      <w:r>
        <w:rPr>
          <w:rFonts w:ascii="Arial" w:hAnsi="Arial"/>
        </w:rPr>
        <w:t xml:space="preserve"> an audience that that you haven't previously, and a sort of new </w:t>
      </w:r>
      <w:proofErr w:type="gramStart"/>
      <w:r>
        <w:rPr>
          <w:rFonts w:ascii="Arial" w:hAnsi="Arial"/>
        </w:rPr>
        <w:t>generation of</w:t>
      </w:r>
      <w:proofErr w:type="gramEnd"/>
      <w:r>
        <w:rPr>
          <w:rFonts w:ascii="Arial" w:hAnsi="Arial"/>
        </w:rPr>
        <w:t xml:space="preserve"> </w:t>
      </w:r>
      <w:proofErr w:type="spellStart"/>
      <w:r>
        <w:rPr>
          <w:rFonts w:ascii="Arial" w:hAnsi="Arial"/>
        </w:rPr>
        <w:t>of</w:t>
      </w:r>
      <w:proofErr w:type="spellEnd"/>
      <w:r>
        <w:rPr>
          <w:rFonts w:ascii="Arial" w:hAnsi="Arial"/>
        </w:rPr>
        <w:t xml:space="preserve"> people as well.</w:t>
      </w:r>
    </w:p>
    <w:p w14:paraId="2D2857DA" w14:textId="77777777" w:rsidR="003A3F31" w:rsidRDefault="003A3F31">
      <w:pPr>
        <w:spacing w:after="0"/>
      </w:pPr>
    </w:p>
    <w:p w14:paraId="7FBF01AF" w14:textId="77777777" w:rsidR="003A3F31" w:rsidRDefault="00FA1E12">
      <w:pPr>
        <w:spacing w:after="0"/>
      </w:pPr>
      <w:r>
        <w:rPr>
          <w:rFonts w:ascii="Arial" w:hAnsi="Arial"/>
          <w:b/>
        </w:rPr>
        <w:t xml:space="preserve">Ashley </w:t>
      </w:r>
      <w:proofErr w:type="gramStart"/>
      <w:r>
        <w:rPr>
          <w:rFonts w:ascii="Arial" w:hAnsi="Arial"/>
          <w:b/>
        </w:rPr>
        <w:t xml:space="preserve">Pink  </w:t>
      </w:r>
      <w:r>
        <w:rPr>
          <w:rFonts w:ascii="Arial" w:hAnsi="Arial"/>
          <w:color w:val="5D7284"/>
        </w:rPr>
        <w:t>1:09:59</w:t>
      </w:r>
      <w:proofErr w:type="gramEnd"/>
    </w:p>
    <w:p w14:paraId="5DB09F51" w14:textId="77777777" w:rsidR="003A3F31" w:rsidRDefault="00FA1E12">
      <w:pPr>
        <w:spacing w:after="0"/>
      </w:pPr>
      <w:r>
        <w:rPr>
          <w:rFonts w:ascii="Arial" w:hAnsi="Arial"/>
        </w:rPr>
        <w:t xml:space="preserve">It's really. </w:t>
      </w:r>
      <w:proofErr w:type="gramStart"/>
      <w:r>
        <w:rPr>
          <w:rFonts w:ascii="Arial" w:hAnsi="Arial"/>
        </w:rPr>
        <w:t xml:space="preserve">What </w:t>
      </w:r>
      <w:proofErr w:type="spellStart"/>
      <w:r>
        <w:rPr>
          <w:rFonts w:ascii="Arial" w:hAnsi="Arial"/>
        </w:rPr>
        <w:t>what</w:t>
      </w:r>
      <w:proofErr w:type="spellEnd"/>
      <w:proofErr w:type="gramEnd"/>
      <w:r>
        <w:rPr>
          <w:rFonts w:ascii="Arial" w:hAnsi="Arial"/>
        </w:rPr>
        <w:t xml:space="preserve"> surprised me was I was always concerned about doing a climb on a ship that holds so much significance and means so much to people if they would think that we were taking away from the heritage. But the engagement from those people has been incredible who want to see the ship restored and who want to see it do well. </w:t>
      </w:r>
      <w:proofErr w:type="gramStart"/>
      <w:r>
        <w:rPr>
          <w:rFonts w:ascii="Arial" w:hAnsi="Arial"/>
        </w:rPr>
        <w:t>So</w:t>
      </w:r>
      <w:proofErr w:type="gramEnd"/>
      <w:r>
        <w:rPr>
          <w:rFonts w:ascii="Arial" w:hAnsi="Arial"/>
        </w:rPr>
        <w:t xml:space="preserve"> it's been overwhelmingly positive, and I did think there'd be a bit of PR there to do with </w:t>
      </w:r>
      <w:proofErr w:type="spellStart"/>
      <w:r>
        <w:rPr>
          <w:rFonts w:ascii="Arial" w:hAnsi="Arial"/>
        </w:rPr>
        <w:t>with</w:t>
      </w:r>
      <w:proofErr w:type="spellEnd"/>
      <w:r>
        <w:rPr>
          <w:rFonts w:ascii="Arial" w:hAnsi="Arial"/>
        </w:rPr>
        <w:t xml:space="preserve"> a certain demographic we had, but it's not. It's been overwhelmingly good.</w:t>
      </w:r>
    </w:p>
    <w:p w14:paraId="5BDCD34C" w14:textId="77777777" w:rsidR="003A3F31" w:rsidRDefault="003A3F31">
      <w:pPr>
        <w:spacing w:after="0"/>
      </w:pPr>
    </w:p>
    <w:p w14:paraId="41A2E187"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1:10:29</w:t>
      </w:r>
      <w:proofErr w:type="gramEnd"/>
    </w:p>
    <w:p w14:paraId="20B2C67F" w14:textId="77777777" w:rsidR="003A3F31" w:rsidRDefault="00FA1E12">
      <w:pPr>
        <w:spacing w:after="0"/>
      </w:pPr>
      <w:r>
        <w:rPr>
          <w:rFonts w:ascii="Arial" w:hAnsi="Arial"/>
        </w:rPr>
        <w:t>Brilliant, thank you. We do have a few more questions in the chat. One specifically for Thania. How did you go about recruiting AR consultants?</w:t>
      </w:r>
    </w:p>
    <w:p w14:paraId="0575B06F" w14:textId="77777777" w:rsidR="003A3F31" w:rsidRDefault="003A3F31">
      <w:pPr>
        <w:spacing w:after="0"/>
      </w:pPr>
    </w:p>
    <w:p w14:paraId="0EFE51F1"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1:10:39</w:t>
      </w:r>
      <w:proofErr w:type="gramEnd"/>
    </w:p>
    <w:p w14:paraId="4D9A4631" w14:textId="77777777" w:rsidR="003A3F31" w:rsidRDefault="00FA1E12">
      <w:pPr>
        <w:spacing w:after="0"/>
      </w:pPr>
      <w:r>
        <w:rPr>
          <w:rFonts w:ascii="Arial" w:hAnsi="Arial"/>
        </w:rPr>
        <w:t xml:space="preserve">That was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AR consultant that we have. It was byproduct of a SCOTO </w:t>
      </w:r>
      <w:proofErr w:type="spellStart"/>
      <w:r>
        <w:rPr>
          <w:rFonts w:ascii="Arial" w:hAnsi="Arial"/>
        </w:rPr>
        <w:t>organised</w:t>
      </w:r>
      <w:proofErr w:type="spellEnd"/>
      <w:r>
        <w:rPr>
          <w:rFonts w:ascii="Arial" w:hAnsi="Arial"/>
        </w:rPr>
        <w:t xml:space="preserve"> workshop. That's a Scottish Community Tourism Group back in 2023 when they first started. 2024 they </w:t>
      </w:r>
      <w:proofErr w:type="spellStart"/>
      <w:r>
        <w:rPr>
          <w:rFonts w:ascii="Arial" w:hAnsi="Arial"/>
        </w:rPr>
        <w:t>organised</w:t>
      </w:r>
      <w:proofErr w:type="spellEnd"/>
      <w:r>
        <w:rPr>
          <w:rFonts w:ascii="Arial" w:hAnsi="Arial"/>
        </w:rPr>
        <w:t xml:space="preserve"> a workshop about VR for heritage institutions with in collaboration with the University of Glasgow, and I attended this workshop. And this AR consultant was giving part of the workshop, and I started talking to him. And then we basically all evolved from there about the VR consultants, which are different from the AR guy, the </w:t>
      </w:r>
      <w:r>
        <w:rPr>
          <w:rFonts w:ascii="Arial" w:hAnsi="Arial"/>
        </w:rPr>
        <w:t xml:space="preserve">VR models. One of them </w:t>
      </w:r>
      <w:proofErr w:type="gramStart"/>
      <w:r>
        <w:rPr>
          <w:rFonts w:ascii="Arial" w:hAnsi="Arial"/>
        </w:rPr>
        <w:t>was is</w:t>
      </w:r>
      <w:proofErr w:type="gramEnd"/>
      <w:r>
        <w:rPr>
          <w:rFonts w:ascii="Arial" w:hAnsi="Arial"/>
        </w:rPr>
        <w:t xml:space="preserve"> </w:t>
      </w:r>
      <w:proofErr w:type="gramStart"/>
      <w:r>
        <w:rPr>
          <w:rFonts w:ascii="Arial" w:hAnsi="Arial"/>
        </w:rPr>
        <w:t>a he</w:t>
      </w:r>
      <w:proofErr w:type="gramEnd"/>
      <w:r>
        <w:rPr>
          <w:rFonts w:ascii="Arial" w:hAnsi="Arial"/>
        </w:rPr>
        <w:t xml:space="preserve"> does things for films and stuff, but he was taking a break of a year and a half or something sabbatical, and he went to do something more towards his own interests. And </w:t>
      </w:r>
      <w:proofErr w:type="gramStart"/>
      <w:r>
        <w:rPr>
          <w:rFonts w:ascii="Arial" w:hAnsi="Arial"/>
        </w:rPr>
        <w:t>somehow</w:t>
      </w:r>
      <w:proofErr w:type="gramEnd"/>
      <w:r>
        <w:rPr>
          <w:rFonts w:ascii="Arial" w:hAnsi="Arial"/>
        </w:rPr>
        <w:t xml:space="preserve"> he contacted us because he knew we were working on something like that, and so he gave us his work for you know a fraction of what he charges the film studios and things like that, and the other one was sourced via our chairman, so I'm not sure about that one. But yeah, it's been a little bit of we </w:t>
      </w:r>
      <w:proofErr w:type="gramStart"/>
      <w:r>
        <w:rPr>
          <w:rFonts w:ascii="Arial" w:hAnsi="Arial"/>
        </w:rPr>
        <w:t>looking</w:t>
      </w:r>
      <w:proofErr w:type="gramEnd"/>
      <w:r>
        <w:rPr>
          <w:rFonts w:ascii="Arial" w:hAnsi="Arial"/>
        </w:rPr>
        <w:t xml:space="preserve"> for them, </w:t>
      </w:r>
      <w:proofErr w:type="gramStart"/>
      <w:r>
        <w:rPr>
          <w:rFonts w:ascii="Arial" w:hAnsi="Arial"/>
        </w:rPr>
        <w:t>and also</w:t>
      </w:r>
      <w:proofErr w:type="gramEnd"/>
      <w:r>
        <w:rPr>
          <w:rFonts w:ascii="Arial" w:hAnsi="Arial"/>
        </w:rPr>
        <w:t xml:space="preserve"> things that just happen to meet them, like that workshop.</w:t>
      </w:r>
    </w:p>
    <w:p w14:paraId="3283B61F" w14:textId="77777777" w:rsidR="003A3F31" w:rsidRDefault="003A3F31">
      <w:pPr>
        <w:spacing w:after="0"/>
      </w:pPr>
    </w:p>
    <w:p w14:paraId="01EE8175"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1:11:53</w:t>
      </w:r>
      <w:proofErr w:type="gramEnd"/>
    </w:p>
    <w:p w14:paraId="35E90FD7" w14:textId="77777777" w:rsidR="003A3F31" w:rsidRDefault="00FA1E12">
      <w:pPr>
        <w:spacing w:after="0"/>
      </w:pPr>
      <w:r>
        <w:rPr>
          <w:rFonts w:ascii="Arial" w:hAnsi="Arial"/>
        </w:rPr>
        <w:t xml:space="preserve">I guess that's as well as when you see an opportunity to attend a conference or attend something that might have a link to an area that you're interested in. It's if you can take that opportunity to </w:t>
      </w:r>
      <w:proofErr w:type="spellStart"/>
      <w:r>
        <w:rPr>
          <w:rFonts w:ascii="Arial" w:hAnsi="Arial"/>
        </w:rPr>
        <w:t>to</w:t>
      </w:r>
      <w:proofErr w:type="spellEnd"/>
      <w:r>
        <w:rPr>
          <w:rFonts w:ascii="Arial" w:hAnsi="Arial"/>
        </w:rPr>
        <w:t xml:space="preserve"> go and just and speak to speak to people, but yeah, anyone on this call, I'm sure Thania, you'd be quite happy if </w:t>
      </w:r>
      <w:proofErr w:type="spellStart"/>
      <w:r>
        <w:rPr>
          <w:rFonts w:ascii="Arial" w:hAnsi="Arial"/>
        </w:rPr>
        <w:t>if</w:t>
      </w:r>
      <w:proofErr w:type="spellEnd"/>
      <w:r>
        <w:rPr>
          <w:rFonts w:ascii="Arial" w:hAnsi="Arial"/>
        </w:rPr>
        <w:t xml:space="preserve"> they wanted to maybe reach out and say, "Oh, could you put me in contact with some of the </w:t>
      </w:r>
      <w:proofErr w:type="spellStart"/>
      <w:r>
        <w:rPr>
          <w:rFonts w:ascii="Arial" w:hAnsi="Arial"/>
        </w:rPr>
        <w:t>the</w:t>
      </w:r>
      <w:proofErr w:type="spellEnd"/>
      <w:r>
        <w:rPr>
          <w:rFonts w:ascii="Arial" w:hAnsi="Arial"/>
        </w:rPr>
        <w:t xml:space="preserve"> people that you have used?"</w:t>
      </w:r>
    </w:p>
    <w:p w14:paraId="491176A3" w14:textId="77777777" w:rsidR="003A3F31" w:rsidRDefault="003A3F31">
      <w:pPr>
        <w:spacing w:after="0"/>
      </w:pPr>
    </w:p>
    <w:p w14:paraId="3E01194A"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1:12:14</w:t>
      </w:r>
      <w:proofErr w:type="gramEnd"/>
    </w:p>
    <w:p w14:paraId="4B341010" w14:textId="77777777" w:rsidR="003A3F31" w:rsidRDefault="00FA1E12">
      <w:pPr>
        <w:spacing w:after="0"/>
      </w:pPr>
      <w:r>
        <w:rPr>
          <w:rFonts w:ascii="Arial" w:hAnsi="Arial"/>
        </w:rPr>
        <w:t>Of course.</w:t>
      </w:r>
    </w:p>
    <w:p w14:paraId="27590A09" w14:textId="77777777" w:rsidR="003A3F31" w:rsidRDefault="003A3F31">
      <w:pPr>
        <w:spacing w:after="0"/>
      </w:pPr>
    </w:p>
    <w:p w14:paraId="1DE2B50B"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1:12:15</w:t>
      </w:r>
      <w:proofErr w:type="gramEnd"/>
    </w:p>
    <w:p w14:paraId="1D481C33" w14:textId="77777777" w:rsidR="003A3F31" w:rsidRDefault="00FA1E12">
      <w:pPr>
        <w:spacing w:after="0"/>
      </w:pPr>
      <w:r>
        <w:rPr>
          <w:rFonts w:ascii="Arial" w:hAnsi="Arial"/>
        </w:rPr>
        <w:t xml:space="preserve">Yep. So that's </w:t>
      </w:r>
      <w:proofErr w:type="spellStart"/>
      <w:r>
        <w:rPr>
          <w:rFonts w:ascii="Arial" w:hAnsi="Arial"/>
        </w:rPr>
        <w:t>that's</w:t>
      </w:r>
      <w:proofErr w:type="spellEnd"/>
      <w:r>
        <w:rPr>
          <w:rFonts w:ascii="Arial" w:hAnsi="Arial"/>
        </w:rPr>
        <w:t xml:space="preserve"> great, and that's what's so good about these types of sessions as well. Another one for you, Thania. You're so wonderful to see your visitor numbers increasing year on year. How has your audience demographics changed?</w:t>
      </w:r>
    </w:p>
    <w:p w14:paraId="726E82A7" w14:textId="77777777" w:rsidR="003A3F31" w:rsidRDefault="003A3F31">
      <w:pPr>
        <w:spacing w:after="0"/>
      </w:pPr>
    </w:p>
    <w:p w14:paraId="14972E5E" w14:textId="77777777" w:rsidR="003A3F31" w:rsidRDefault="00FA1E12">
      <w:pPr>
        <w:spacing w:after="0"/>
      </w:pPr>
      <w:r>
        <w:rPr>
          <w:rFonts w:ascii="Arial" w:hAnsi="Arial"/>
          <w:b/>
        </w:rPr>
        <w:lastRenderedPageBreak/>
        <w:t xml:space="preserve">Thania M. </w:t>
      </w:r>
      <w:proofErr w:type="gramStart"/>
      <w:r>
        <w:rPr>
          <w:rFonts w:ascii="Arial" w:hAnsi="Arial"/>
          <w:b/>
        </w:rPr>
        <w:t xml:space="preserve">Flores  </w:t>
      </w:r>
      <w:r>
        <w:rPr>
          <w:rFonts w:ascii="Arial" w:hAnsi="Arial"/>
          <w:color w:val="5D7284"/>
        </w:rPr>
        <w:t>1:12:31</w:t>
      </w:r>
      <w:proofErr w:type="gramEnd"/>
    </w:p>
    <w:p w14:paraId="06DA7CA2" w14:textId="77777777" w:rsidR="003A3F31" w:rsidRDefault="00FA1E12">
      <w:pPr>
        <w:spacing w:after="0"/>
      </w:pPr>
      <w:r>
        <w:rPr>
          <w:rFonts w:ascii="Arial" w:hAnsi="Arial"/>
        </w:rPr>
        <w:t xml:space="preserve">A little bit. Our visitors, </w:t>
      </w:r>
      <w:proofErr w:type="gramStart"/>
      <w:r>
        <w:rPr>
          <w:rFonts w:ascii="Arial" w:hAnsi="Arial"/>
        </w:rPr>
        <w:t>the majority of</w:t>
      </w:r>
      <w:proofErr w:type="gramEnd"/>
      <w:r>
        <w:rPr>
          <w:rFonts w:ascii="Arial" w:hAnsi="Arial"/>
        </w:rPr>
        <w:t xml:space="preserve"> our visitors, are still concessions as the most sold ticket from the beginning when we opened to </w:t>
      </w:r>
      <w:proofErr w:type="gramStart"/>
      <w:r>
        <w:rPr>
          <w:rFonts w:ascii="Arial" w:hAnsi="Arial"/>
        </w:rPr>
        <w:t>now</w:t>
      </w:r>
      <w:proofErr w:type="gramEnd"/>
      <w:r>
        <w:rPr>
          <w:rFonts w:ascii="Arial" w:hAnsi="Arial"/>
        </w:rPr>
        <w:t xml:space="preserve">. It's still the most sold ticket. However, our numbers on families and young younger people, adult tickets, and families </w:t>
      </w:r>
      <w:proofErr w:type="gramStart"/>
      <w:r>
        <w:rPr>
          <w:rFonts w:ascii="Arial" w:hAnsi="Arial"/>
        </w:rPr>
        <w:t>has</w:t>
      </w:r>
      <w:proofErr w:type="gramEnd"/>
      <w:r>
        <w:rPr>
          <w:rFonts w:ascii="Arial" w:hAnsi="Arial"/>
        </w:rPr>
        <w:t xml:space="preserve"> increased over time. We also see a lot more families coming back because of the annual ticket. </w:t>
      </w:r>
      <w:proofErr w:type="gramStart"/>
      <w:r>
        <w:rPr>
          <w:rFonts w:ascii="Arial" w:hAnsi="Arial"/>
        </w:rPr>
        <w:t>So</w:t>
      </w:r>
      <w:proofErr w:type="gramEnd"/>
      <w:r>
        <w:rPr>
          <w:rFonts w:ascii="Arial" w:hAnsi="Arial"/>
        </w:rPr>
        <w:t xml:space="preserve"> when you know they buy the ticket once, and then the kids can come throughout the whole year for free. </w:t>
      </w:r>
      <w:proofErr w:type="gramStart"/>
      <w:r>
        <w:rPr>
          <w:rFonts w:ascii="Arial" w:hAnsi="Arial"/>
        </w:rPr>
        <w:t>So</w:t>
      </w:r>
      <w:proofErr w:type="gramEnd"/>
      <w:r>
        <w:rPr>
          <w:rFonts w:ascii="Arial" w:hAnsi="Arial"/>
        </w:rPr>
        <w:t xml:space="preserve"> we see families coming back and again to do the activities </w:t>
      </w:r>
      <w:proofErr w:type="gramStart"/>
      <w:r>
        <w:rPr>
          <w:rFonts w:ascii="Arial" w:hAnsi="Arial"/>
        </w:rPr>
        <w:t>again a</w:t>
      </w:r>
      <w:r>
        <w:rPr>
          <w:rFonts w:ascii="Arial" w:hAnsi="Arial"/>
        </w:rPr>
        <w:t>nd again</w:t>
      </w:r>
      <w:proofErr w:type="gramEnd"/>
      <w:r>
        <w:rPr>
          <w:rFonts w:ascii="Arial" w:hAnsi="Arial"/>
        </w:rPr>
        <w:t xml:space="preserve"> because the children really like that. So that has been a change, and where we have seen big change has been on our volunteer </w:t>
      </w:r>
      <w:proofErr w:type="gramStart"/>
      <w:r>
        <w:rPr>
          <w:rFonts w:ascii="Arial" w:hAnsi="Arial"/>
        </w:rPr>
        <w:t>base</w:t>
      </w:r>
      <w:proofErr w:type="gramEnd"/>
      <w:r>
        <w:rPr>
          <w:rFonts w:ascii="Arial" w:hAnsi="Arial"/>
        </w:rPr>
        <w:t xml:space="preserve"> because we also started with having just retired volunteers like 60 plus, and right now we have the </w:t>
      </w:r>
      <w:proofErr w:type="gramStart"/>
      <w:r>
        <w:rPr>
          <w:rFonts w:ascii="Arial" w:hAnsi="Arial"/>
        </w:rPr>
        <w:t>most young</w:t>
      </w:r>
      <w:proofErr w:type="gramEnd"/>
      <w:r>
        <w:rPr>
          <w:rFonts w:ascii="Arial" w:hAnsi="Arial"/>
        </w:rPr>
        <w:t xml:space="preserve"> volunteers we've ever had. I mean, still </w:t>
      </w:r>
      <w:proofErr w:type="gramStart"/>
      <w:r>
        <w:rPr>
          <w:rFonts w:ascii="Arial" w:hAnsi="Arial"/>
        </w:rPr>
        <w:t>the most</w:t>
      </w:r>
      <w:proofErr w:type="gramEnd"/>
      <w:r>
        <w:rPr>
          <w:rFonts w:ascii="Arial" w:hAnsi="Arial"/>
        </w:rPr>
        <w:t xml:space="preserve"> are retiree people, but we have </w:t>
      </w:r>
      <w:proofErr w:type="gramStart"/>
      <w:r>
        <w:rPr>
          <w:rFonts w:ascii="Arial" w:hAnsi="Arial"/>
        </w:rPr>
        <w:t>a quite</w:t>
      </w:r>
      <w:proofErr w:type="gramEnd"/>
      <w:r>
        <w:rPr>
          <w:rFonts w:ascii="Arial" w:hAnsi="Arial"/>
        </w:rPr>
        <w:t xml:space="preserve"> a few young volunteers that have come after that. About probably more than 10 now, </w:t>
      </w:r>
      <w:proofErr w:type="gramStart"/>
      <w:r>
        <w:rPr>
          <w:rFonts w:ascii="Arial" w:hAnsi="Arial"/>
        </w:rPr>
        <w:t>so it's</w:t>
      </w:r>
      <w:proofErr w:type="gramEnd"/>
      <w:r>
        <w:rPr>
          <w:rFonts w:ascii="Arial" w:hAnsi="Arial"/>
        </w:rPr>
        <w:t xml:space="preserve"> </w:t>
      </w:r>
      <w:proofErr w:type="spellStart"/>
      <w:r>
        <w:rPr>
          <w:rFonts w:ascii="Arial" w:hAnsi="Arial"/>
        </w:rPr>
        <w:t>it's</w:t>
      </w:r>
      <w:proofErr w:type="spellEnd"/>
      <w:r>
        <w:rPr>
          <w:rFonts w:ascii="Arial" w:hAnsi="Arial"/>
        </w:rPr>
        <w:t xml:space="preserve"> been changing not completely. It's not that we now have all young people. I</w:t>
      </w:r>
      <w:r>
        <w:rPr>
          <w:rFonts w:ascii="Arial" w:hAnsi="Arial"/>
        </w:rPr>
        <w:t>t's but it's been changing a little bit.</w:t>
      </w:r>
    </w:p>
    <w:p w14:paraId="06EBF3F9" w14:textId="77777777" w:rsidR="003A3F31" w:rsidRDefault="003A3F31">
      <w:pPr>
        <w:spacing w:after="0"/>
      </w:pPr>
    </w:p>
    <w:p w14:paraId="24FB55E0"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1:13:41</w:t>
      </w:r>
      <w:proofErr w:type="gramEnd"/>
    </w:p>
    <w:p w14:paraId="591A319D" w14:textId="77777777" w:rsidR="003A3F31" w:rsidRDefault="00FA1E12">
      <w:pPr>
        <w:spacing w:after="0"/>
      </w:pPr>
      <w:r>
        <w:rPr>
          <w:rFonts w:ascii="Arial" w:hAnsi="Arial"/>
        </w:rPr>
        <w:t>Yeah</w:t>
      </w:r>
      <w:proofErr w:type="gramStart"/>
      <w:r>
        <w:rPr>
          <w:rFonts w:ascii="Arial" w:hAnsi="Arial"/>
        </w:rPr>
        <w:t>, that's</w:t>
      </w:r>
      <w:proofErr w:type="gramEnd"/>
      <w:r>
        <w:rPr>
          <w:rFonts w:ascii="Arial" w:hAnsi="Arial"/>
        </w:rPr>
        <w:t xml:space="preserve"> </w:t>
      </w:r>
      <w:proofErr w:type="spellStart"/>
      <w:r>
        <w:rPr>
          <w:rFonts w:ascii="Arial" w:hAnsi="Arial"/>
        </w:rPr>
        <w:t>that's</w:t>
      </w:r>
      <w:proofErr w:type="spellEnd"/>
      <w:r>
        <w:rPr>
          <w:rFonts w:ascii="Arial" w:hAnsi="Arial"/>
        </w:rPr>
        <w:t xml:space="preserve"> </w:t>
      </w:r>
      <w:proofErr w:type="gramStart"/>
      <w:r>
        <w:rPr>
          <w:rFonts w:ascii="Arial" w:hAnsi="Arial"/>
        </w:rPr>
        <w:t>really interesting</w:t>
      </w:r>
      <w:proofErr w:type="gramEnd"/>
      <w:r>
        <w:rPr>
          <w:rFonts w:ascii="Arial" w:hAnsi="Arial"/>
        </w:rPr>
        <w:t>. Thank you. We have another question from Molly. It doesn't say specifically who it's for, but it says, "How did you... Oh, how did you all decide on the project you were going to take on? Did you have multiple options? So maybe put that to Ashley first.</w:t>
      </w:r>
    </w:p>
    <w:p w14:paraId="5CEE3990" w14:textId="77777777" w:rsidR="003A3F31" w:rsidRDefault="003A3F31">
      <w:pPr>
        <w:spacing w:after="0"/>
      </w:pPr>
    </w:p>
    <w:p w14:paraId="3A2327DF" w14:textId="77777777" w:rsidR="003A3F31" w:rsidRDefault="00FA1E12">
      <w:pPr>
        <w:spacing w:after="0"/>
      </w:pPr>
      <w:r>
        <w:rPr>
          <w:rFonts w:ascii="Arial" w:hAnsi="Arial"/>
          <w:b/>
        </w:rPr>
        <w:t xml:space="preserve">Ashley </w:t>
      </w:r>
      <w:proofErr w:type="gramStart"/>
      <w:r>
        <w:rPr>
          <w:rFonts w:ascii="Arial" w:hAnsi="Arial"/>
          <w:b/>
        </w:rPr>
        <w:t xml:space="preserve">Pink  </w:t>
      </w:r>
      <w:r>
        <w:rPr>
          <w:rFonts w:ascii="Arial" w:hAnsi="Arial"/>
          <w:color w:val="5D7284"/>
        </w:rPr>
        <w:t>1:13:58</w:t>
      </w:r>
      <w:proofErr w:type="gramEnd"/>
    </w:p>
    <w:p w14:paraId="71BD78B1" w14:textId="77777777" w:rsidR="003A3F31" w:rsidRDefault="00FA1E12">
      <w:pPr>
        <w:spacing w:after="0"/>
      </w:pPr>
      <w:r>
        <w:rPr>
          <w:rFonts w:ascii="Arial" w:hAnsi="Arial"/>
        </w:rPr>
        <w:t xml:space="preserve">Thank you. No, I completely honestly, I am from a commercial background in hospitality, so this was my first kind of foray into museums, and everything that I'd looked at when I first started was kind of based on my background, and it was a really nonchalant phone call from our </w:t>
      </w:r>
      <w:proofErr w:type="spellStart"/>
      <w:r>
        <w:rPr>
          <w:rFonts w:ascii="Arial" w:hAnsi="Arial"/>
        </w:rPr>
        <w:t>our</w:t>
      </w:r>
      <w:proofErr w:type="spellEnd"/>
      <w:r>
        <w:rPr>
          <w:rFonts w:ascii="Arial" w:hAnsi="Arial"/>
        </w:rPr>
        <w:t xml:space="preserve"> chair who said, "I'm down in London. Do you know that they're doing a climb off the Cutty Sark? How cool would that be if we could do that here?" And it just kind of sparked something in me. And the Kelpies had just done their kind of launch, </w:t>
      </w:r>
      <w:proofErr w:type="gramStart"/>
      <w:r>
        <w:rPr>
          <w:rFonts w:ascii="Arial" w:hAnsi="Arial"/>
        </w:rPr>
        <w:t>their</w:t>
      </w:r>
      <w:proofErr w:type="gramEnd"/>
      <w:r>
        <w:rPr>
          <w:rFonts w:ascii="Arial" w:hAnsi="Arial"/>
        </w:rPr>
        <w:t xml:space="preserve"> </w:t>
      </w:r>
      <w:proofErr w:type="spellStart"/>
      <w:r>
        <w:rPr>
          <w:rFonts w:ascii="Arial" w:hAnsi="Arial"/>
        </w:rPr>
        <w:t>their</w:t>
      </w:r>
      <w:proofErr w:type="spellEnd"/>
      <w:r>
        <w:rPr>
          <w:rFonts w:ascii="Arial" w:hAnsi="Arial"/>
        </w:rPr>
        <w:t xml:space="preserve"> climb. And I'm very fortunate that my </w:t>
      </w:r>
      <w:proofErr w:type="spellStart"/>
      <w:r>
        <w:rPr>
          <w:rFonts w:ascii="Arial" w:hAnsi="Arial"/>
        </w:rPr>
        <w:t>my</w:t>
      </w:r>
      <w:proofErr w:type="spellEnd"/>
      <w:r>
        <w:rPr>
          <w:rFonts w:ascii="Arial" w:hAnsi="Arial"/>
        </w:rPr>
        <w:t xml:space="preserve"> husband runs the Kelpies, so I'd called him and said, "What is what is that team like?" And he got me in touch with them, and I didn't expect it to go ahead. I thought the ship, being as historic as what it is, w</w:t>
      </w:r>
      <w:r>
        <w:rPr>
          <w:rFonts w:ascii="Arial" w:hAnsi="Arial"/>
        </w:rPr>
        <w:t xml:space="preserve">ould </w:t>
      </w:r>
      <w:proofErr w:type="gramStart"/>
      <w:r>
        <w:rPr>
          <w:rFonts w:ascii="Arial" w:hAnsi="Arial"/>
        </w:rPr>
        <w:t>our</w:t>
      </w:r>
      <w:proofErr w:type="gramEnd"/>
      <w:r>
        <w:rPr>
          <w:rFonts w:ascii="Arial" w:hAnsi="Arial"/>
        </w:rPr>
        <w:t xml:space="preserve"> insurance would say nope. I just expected </w:t>
      </w:r>
      <w:proofErr w:type="gramStart"/>
      <w:r>
        <w:rPr>
          <w:rFonts w:ascii="Arial" w:hAnsi="Arial"/>
        </w:rPr>
        <w:t>all of</w:t>
      </w:r>
      <w:proofErr w:type="gramEnd"/>
      <w:r>
        <w:rPr>
          <w:rFonts w:ascii="Arial" w:hAnsi="Arial"/>
        </w:rPr>
        <w:t xml:space="preserve"> </w:t>
      </w:r>
      <w:proofErr w:type="gramStart"/>
      <w:r>
        <w:rPr>
          <w:rFonts w:ascii="Arial" w:hAnsi="Arial"/>
        </w:rPr>
        <w:t>these kind of blockages</w:t>
      </w:r>
      <w:proofErr w:type="gramEnd"/>
      <w:r>
        <w:rPr>
          <w:rFonts w:ascii="Arial" w:hAnsi="Arial"/>
        </w:rPr>
        <w:t xml:space="preserve">, and it just ran away with itself. And it was like great idea, yes, let's go. And then it suddenly just became a thing. So no, there </w:t>
      </w:r>
      <w:proofErr w:type="gramStart"/>
      <w:r>
        <w:rPr>
          <w:rFonts w:ascii="Arial" w:hAnsi="Arial"/>
        </w:rPr>
        <w:t>wasn't</w:t>
      </w:r>
      <w:proofErr w:type="gramEnd"/>
      <w:r>
        <w:rPr>
          <w:rFonts w:ascii="Arial" w:hAnsi="Arial"/>
        </w:rPr>
        <w:t xml:space="preserve"> any other ideas. It was very nonchalant, very much a passing cuff remark that then turned into this incredible thing.</w:t>
      </w:r>
    </w:p>
    <w:p w14:paraId="0CCC009C" w14:textId="77777777" w:rsidR="003A3F31" w:rsidRDefault="003A3F31">
      <w:pPr>
        <w:spacing w:after="0"/>
      </w:pPr>
    </w:p>
    <w:p w14:paraId="09402024"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1:15:06</w:t>
      </w:r>
      <w:proofErr w:type="gramEnd"/>
    </w:p>
    <w:p w14:paraId="7C1DB2C8" w14:textId="77777777" w:rsidR="003A3F31" w:rsidRDefault="00FA1E12">
      <w:pPr>
        <w:spacing w:after="0"/>
      </w:pPr>
      <w:r>
        <w:rPr>
          <w:rFonts w:ascii="Arial" w:hAnsi="Arial"/>
        </w:rPr>
        <w:t xml:space="preserve">Thank you. John, I don't know if because it's probably it was quite a specific idea that that you had, but </w:t>
      </w:r>
      <w:proofErr w:type="gramStart"/>
      <w:r>
        <w:rPr>
          <w:rFonts w:ascii="Arial" w:hAnsi="Arial"/>
        </w:rPr>
        <w:t>was</w:t>
      </w:r>
      <w:proofErr w:type="gramEnd"/>
      <w:r>
        <w:rPr>
          <w:rFonts w:ascii="Arial" w:hAnsi="Arial"/>
        </w:rPr>
        <w:t xml:space="preserve"> there any other ideas or suggestions before you kind of </w:t>
      </w:r>
      <w:proofErr w:type="gramStart"/>
      <w:r>
        <w:rPr>
          <w:rFonts w:ascii="Arial" w:hAnsi="Arial"/>
        </w:rPr>
        <w:t>decided in</w:t>
      </w:r>
      <w:proofErr w:type="gramEnd"/>
      <w:r>
        <w:rPr>
          <w:rFonts w:ascii="Arial" w:hAnsi="Arial"/>
        </w:rPr>
        <w:t xml:space="preserve"> on the heat pump?</w:t>
      </w:r>
    </w:p>
    <w:p w14:paraId="1A609B38" w14:textId="77777777" w:rsidR="003A3F31" w:rsidRDefault="003A3F31">
      <w:pPr>
        <w:spacing w:after="0"/>
      </w:pPr>
    </w:p>
    <w:p w14:paraId="072F70DD"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1:15:18</w:t>
      </w:r>
      <w:proofErr w:type="gramEnd"/>
    </w:p>
    <w:p w14:paraId="420986A2" w14:textId="77777777" w:rsidR="003A3F31" w:rsidRDefault="00FA1E12">
      <w:pPr>
        <w:spacing w:after="0"/>
      </w:pPr>
      <w:r>
        <w:rPr>
          <w:rFonts w:ascii="Arial" w:hAnsi="Arial"/>
        </w:rPr>
        <w:t>Yeah, I think since getting involved at the museum</w:t>
      </w:r>
      <w:proofErr w:type="gramStart"/>
      <w:r>
        <w:rPr>
          <w:rFonts w:ascii="Arial" w:hAnsi="Arial"/>
        </w:rPr>
        <w:t>, we've</w:t>
      </w:r>
      <w:proofErr w:type="gramEnd"/>
      <w:r>
        <w:rPr>
          <w:rFonts w:ascii="Arial" w:hAnsi="Arial"/>
        </w:rPr>
        <w:t xml:space="preserve"> </w:t>
      </w:r>
      <w:proofErr w:type="spellStart"/>
      <w:r>
        <w:rPr>
          <w:rFonts w:ascii="Arial" w:hAnsi="Arial"/>
        </w:rPr>
        <w:t>we've</w:t>
      </w:r>
      <w:proofErr w:type="spellEnd"/>
      <w:r>
        <w:rPr>
          <w:rFonts w:ascii="Arial" w:hAnsi="Arial"/>
        </w:rPr>
        <w:t xml:space="preserve"> had an awful lot of things that, to us, have been innovative because we're not, you know, most of us are not from a museum background, so it's just things that are needed. And right from the beginning, the </w:t>
      </w:r>
      <w:proofErr w:type="spellStart"/>
      <w:r>
        <w:rPr>
          <w:rFonts w:ascii="Arial" w:hAnsi="Arial"/>
        </w:rPr>
        <w:t>the</w:t>
      </w:r>
      <w:proofErr w:type="spellEnd"/>
      <w:r>
        <w:rPr>
          <w:rFonts w:ascii="Arial" w:hAnsi="Arial"/>
        </w:rPr>
        <w:t xml:space="preserve"> original idea was that in the visitor </w:t>
      </w:r>
      <w:proofErr w:type="spellStart"/>
      <w:r>
        <w:rPr>
          <w:rFonts w:ascii="Arial" w:hAnsi="Arial"/>
        </w:rPr>
        <w:t>centre</w:t>
      </w:r>
      <w:proofErr w:type="spellEnd"/>
      <w:r>
        <w:rPr>
          <w:rFonts w:ascii="Arial" w:hAnsi="Arial"/>
        </w:rPr>
        <w:t xml:space="preserve">, we had close to 20 storage heaters, and as everybody knows, storage heaters sort of gobble up energy at an alarming rate. </w:t>
      </w:r>
      <w:proofErr w:type="gramStart"/>
      <w:r>
        <w:rPr>
          <w:rFonts w:ascii="Arial" w:hAnsi="Arial"/>
        </w:rPr>
        <w:t>So</w:t>
      </w:r>
      <w:proofErr w:type="gramEnd"/>
      <w:r>
        <w:rPr>
          <w:rFonts w:ascii="Arial" w:hAnsi="Arial"/>
        </w:rPr>
        <w:t xml:space="preserve"> they were switched off in the very early days, and then we were always at risk with the collection and everything els</w:t>
      </w:r>
      <w:r>
        <w:rPr>
          <w:rFonts w:ascii="Arial" w:hAnsi="Arial"/>
        </w:rPr>
        <w:t xml:space="preserve">e because of the heating problems, and also the date of the building it can be a bit draughty, so it was sort of </w:t>
      </w:r>
      <w:proofErr w:type="spellStart"/>
      <w:r>
        <w:rPr>
          <w:rFonts w:ascii="Arial" w:hAnsi="Arial"/>
        </w:rPr>
        <w:t>prioritised</w:t>
      </w:r>
      <w:proofErr w:type="spellEnd"/>
      <w:r>
        <w:rPr>
          <w:rFonts w:ascii="Arial" w:hAnsi="Arial"/>
        </w:rPr>
        <w:t xml:space="preserve">, if you like, on that basis. </w:t>
      </w:r>
      <w:proofErr w:type="gramStart"/>
      <w:r>
        <w:rPr>
          <w:rFonts w:ascii="Arial" w:hAnsi="Arial"/>
        </w:rPr>
        <w:t>But it</w:t>
      </w:r>
      <w:proofErr w:type="gramEnd"/>
      <w:r>
        <w:rPr>
          <w:rFonts w:ascii="Arial" w:hAnsi="Arial"/>
        </w:rPr>
        <w:t xml:space="preserve"> </w:t>
      </w:r>
      <w:proofErr w:type="spellStart"/>
      <w:r>
        <w:rPr>
          <w:rFonts w:ascii="Arial" w:hAnsi="Arial"/>
        </w:rPr>
        <w:t>it</w:t>
      </w:r>
      <w:proofErr w:type="spellEnd"/>
      <w:r>
        <w:rPr>
          <w:rFonts w:ascii="Arial" w:hAnsi="Arial"/>
        </w:rPr>
        <w:t xml:space="preserve"> </w:t>
      </w:r>
      <w:proofErr w:type="gramStart"/>
      <w:r>
        <w:rPr>
          <w:rFonts w:ascii="Arial" w:hAnsi="Arial"/>
        </w:rPr>
        <w:t>actually came</w:t>
      </w:r>
      <w:proofErr w:type="gramEnd"/>
      <w:r>
        <w:rPr>
          <w:rFonts w:ascii="Arial" w:hAnsi="Arial"/>
        </w:rPr>
        <w:t xml:space="preserve"> about; it became feasible because we'd looked at different opportunities and ways of doing it. But </w:t>
      </w:r>
      <w:r>
        <w:rPr>
          <w:rFonts w:ascii="Arial" w:hAnsi="Arial"/>
        </w:rPr>
        <w:lastRenderedPageBreak/>
        <w:t>it came about from that chance conversation with Chris McDermott, and it was it just grew from there that he had this technology that he was developing, and it sort of just fitted, you know, our needs, and he was able to initiate it th</w:t>
      </w:r>
      <w:r>
        <w:rPr>
          <w:rFonts w:ascii="Arial" w:hAnsi="Arial"/>
        </w:rPr>
        <w:t xml:space="preserve">rough R and D grants and things from the university, and </w:t>
      </w:r>
      <w:proofErr w:type="spellStart"/>
      <w:r>
        <w:rPr>
          <w:rFonts w:ascii="Arial" w:hAnsi="Arial"/>
        </w:rPr>
        <w:t>and</w:t>
      </w:r>
      <w:proofErr w:type="spellEnd"/>
      <w:r>
        <w:rPr>
          <w:rFonts w:ascii="Arial" w:hAnsi="Arial"/>
        </w:rPr>
        <w:t xml:space="preserve"> that's how it came about. </w:t>
      </w:r>
      <w:proofErr w:type="gramStart"/>
      <w:r>
        <w:rPr>
          <w:rFonts w:ascii="Arial" w:hAnsi="Arial"/>
        </w:rPr>
        <w:t>So</w:t>
      </w:r>
      <w:proofErr w:type="gramEnd"/>
      <w:r>
        <w:rPr>
          <w:rFonts w:ascii="Arial" w:hAnsi="Arial"/>
        </w:rPr>
        <w:t xml:space="preserve"> it's there was a lot of luck involved in just people talking together, like Kate said, over a cup of tea, and it came about through that. It wasn't... we had looked at different options for energy, but they'd all </w:t>
      </w:r>
      <w:proofErr w:type="gramStart"/>
      <w:r>
        <w:rPr>
          <w:rFonts w:ascii="Arial" w:hAnsi="Arial"/>
        </w:rPr>
        <w:t>been</w:t>
      </w:r>
      <w:proofErr w:type="gramEnd"/>
      <w:r>
        <w:rPr>
          <w:rFonts w:ascii="Arial" w:hAnsi="Arial"/>
        </w:rPr>
        <w:t xml:space="preserve"> you </w:t>
      </w:r>
      <w:proofErr w:type="gramStart"/>
      <w:r>
        <w:rPr>
          <w:rFonts w:ascii="Arial" w:hAnsi="Arial"/>
        </w:rPr>
        <w:t>know</w:t>
      </w:r>
      <w:proofErr w:type="gramEnd"/>
      <w:r>
        <w:rPr>
          <w:rFonts w:ascii="Arial" w:hAnsi="Arial"/>
        </w:rPr>
        <w:t xml:space="preserve"> completely prohibitive. So that's how that one sort of popped to the surface because it </w:t>
      </w:r>
      <w:proofErr w:type="gramStart"/>
      <w:r>
        <w:rPr>
          <w:rFonts w:ascii="Arial" w:hAnsi="Arial"/>
        </w:rPr>
        <w:t>was a</w:t>
      </w:r>
      <w:proofErr w:type="gramEnd"/>
      <w:r>
        <w:rPr>
          <w:rFonts w:ascii="Arial" w:hAnsi="Arial"/>
        </w:rPr>
        <w:t xml:space="preserve"> </w:t>
      </w:r>
      <w:proofErr w:type="spellStart"/>
      <w:r>
        <w:rPr>
          <w:rFonts w:ascii="Arial" w:hAnsi="Arial"/>
        </w:rPr>
        <w:t>a</w:t>
      </w:r>
      <w:proofErr w:type="spellEnd"/>
      <w:r>
        <w:rPr>
          <w:rFonts w:ascii="Arial" w:hAnsi="Arial"/>
        </w:rPr>
        <w:t xml:space="preserve"> big one on the you know the top of the list. But until Chris came along, there </w:t>
      </w:r>
      <w:proofErr w:type="spellStart"/>
      <w:r>
        <w:rPr>
          <w:rFonts w:ascii="Arial" w:hAnsi="Arial"/>
        </w:rPr>
        <w:t>there</w:t>
      </w:r>
      <w:proofErr w:type="spellEnd"/>
      <w:r>
        <w:rPr>
          <w:rFonts w:ascii="Arial" w:hAnsi="Arial"/>
        </w:rPr>
        <w:t xml:space="preserve"> was no solutio</w:t>
      </w:r>
      <w:r>
        <w:rPr>
          <w:rFonts w:ascii="Arial" w:hAnsi="Arial"/>
        </w:rPr>
        <w:t>n to it.</w:t>
      </w:r>
    </w:p>
    <w:p w14:paraId="027EBF1C" w14:textId="77777777" w:rsidR="003A3F31" w:rsidRDefault="003A3F31">
      <w:pPr>
        <w:spacing w:after="0"/>
      </w:pPr>
    </w:p>
    <w:p w14:paraId="537648DF"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1:17:12</w:t>
      </w:r>
      <w:proofErr w:type="gramEnd"/>
    </w:p>
    <w:p w14:paraId="7BD67996" w14:textId="77777777" w:rsidR="003A3F31" w:rsidRDefault="00FA1E12">
      <w:pPr>
        <w:spacing w:after="0"/>
      </w:pPr>
      <w:r>
        <w:rPr>
          <w:rFonts w:ascii="Arial" w:hAnsi="Arial"/>
        </w:rPr>
        <w:t xml:space="preserve">Yeah, thank you again. </w:t>
      </w:r>
      <w:proofErr w:type="gramStart"/>
      <w:r>
        <w:rPr>
          <w:rFonts w:ascii="Arial" w:hAnsi="Arial"/>
        </w:rPr>
        <w:t xml:space="preserve">That's </w:t>
      </w:r>
      <w:proofErr w:type="spellStart"/>
      <w:r>
        <w:rPr>
          <w:rFonts w:ascii="Arial" w:hAnsi="Arial"/>
        </w:rPr>
        <w:t>that's</w:t>
      </w:r>
      <w:proofErr w:type="spellEnd"/>
      <w:proofErr w:type="gramEnd"/>
      <w:r>
        <w:rPr>
          <w:rFonts w:ascii="Arial" w:hAnsi="Arial"/>
        </w:rPr>
        <w:t xml:space="preserve"> interesting. About </w:t>
      </w:r>
      <w:proofErr w:type="gramStart"/>
      <w:r>
        <w:rPr>
          <w:rFonts w:ascii="Arial" w:hAnsi="Arial"/>
        </w:rPr>
        <w:t>it's</w:t>
      </w:r>
      <w:proofErr w:type="gramEnd"/>
      <w:r>
        <w:rPr>
          <w:rFonts w:ascii="Arial" w:hAnsi="Arial"/>
        </w:rPr>
        <w:t xml:space="preserve"> you </w:t>
      </w:r>
      <w:proofErr w:type="gramStart"/>
      <w:r>
        <w:rPr>
          <w:rFonts w:ascii="Arial" w:hAnsi="Arial"/>
        </w:rPr>
        <w:t>know</w:t>
      </w:r>
      <w:proofErr w:type="gramEnd"/>
      <w:r>
        <w:rPr>
          <w:rFonts w:ascii="Arial" w:hAnsi="Arial"/>
        </w:rPr>
        <w:t xml:space="preserve"> it comes from lots of different conversations and just </w:t>
      </w:r>
      <w:proofErr w:type="gramStart"/>
      <w:r>
        <w:rPr>
          <w:rFonts w:ascii="Arial" w:hAnsi="Arial"/>
        </w:rPr>
        <w:t>discussions of how can we</w:t>
      </w:r>
      <w:proofErr w:type="gramEnd"/>
      <w:r>
        <w:rPr>
          <w:rFonts w:ascii="Arial" w:hAnsi="Arial"/>
        </w:rPr>
        <w:t xml:space="preserve"> how can we improve this situation? And then, yeah, looking at all the </w:t>
      </w:r>
      <w:proofErr w:type="gramStart"/>
      <w:r>
        <w:rPr>
          <w:rFonts w:ascii="Arial" w:hAnsi="Arial"/>
        </w:rPr>
        <w:t>various different</w:t>
      </w:r>
      <w:proofErr w:type="gramEnd"/>
      <w:r>
        <w:rPr>
          <w:rFonts w:ascii="Arial" w:hAnsi="Arial"/>
        </w:rPr>
        <w:t xml:space="preserve"> options, and then that one being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best one to </w:t>
      </w:r>
      <w:proofErr w:type="spellStart"/>
      <w:r>
        <w:rPr>
          <w:rFonts w:ascii="Arial" w:hAnsi="Arial"/>
        </w:rPr>
        <w:t>to</w:t>
      </w:r>
      <w:proofErr w:type="spellEnd"/>
      <w:r>
        <w:rPr>
          <w:rFonts w:ascii="Arial" w:hAnsi="Arial"/>
        </w:rPr>
        <w:t xml:space="preserve"> kind of move forward with. And finally, Thania, for you for the same question.</w:t>
      </w:r>
    </w:p>
    <w:p w14:paraId="6E0379E2" w14:textId="77777777" w:rsidR="003A3F31" w:rsidRDefault="003A3F31">
      <w:pPr>
        <w:spacing w:after="0"/>
      </w:pPr>
    </w:p>
    <w:p w14:paraId="1667BFD3"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1:17:32</w:t>
      </w:r>
      <w:proofErr w:type="gramEnd"/>
    </w:p>
    <w:p w14:paraId="2536CAB6" w14:textId="77777777" w:rsidR="003A3F31" w:rsidRDefault="00FA1E12">
      <w:pPr>
        <w:spacing w:after="0"/>
      </w:pPr>
      <w:r>
        <w:rPr>
          <w:rFonts w:ascii="Arial" w:hAnsi="Arial"/>
        </w:rPr>
        <w:t xml:space="preserve">Yeah, we had a couple of options for a </w:t>
      </w:r>
      <w:proofErr w:type="spellStart"/>
      <w:r>
        <w:rPr>
          <w:rFonts w:ascii="Arial" w:hAnsi="Arial"/>
        </w:rPr>
        <w:t>programme</w:t>
      </w:r>
      <w:proofErr w:type="spellEnd"/>
      <w:r>
        <w:rPr>
          <w:rFonts w:ascii="Arial" w:hAnsi="Arial"/>
        </w:rPr>
        <w:t xml:space="preserve"> of activities. Halo was </w:t>
      </w:r>
      <w:proofErr w:type="spellStart"/>
      <w:r>
        <w:rPr>
          <w:rFonts w:ascii="Arial" w:hAnsi="Arial"/>
        </w:rPr>
        <w:t>was</w:t>
      </w:r>
      <w:proofErr w:type="spellEnd"/>
      <w:r>
        <w:rPr>
          <w:rFonts w:ascii="Arial" w:hAnsi="Arial"/>
        </w:rPr>
        <w:t xml:space="preserve">...  </w:t>
      </w:r>
      <w:proofErr w:type="gramStart"/>
      <w:r>
        <w:rPr>
          <w:rFonts w:ascii="Arial" w:hAnsi="Arial"/>
        </w:rPr>
        <w:t>the</w:t>
      </w:r>
      <w:proofErr w:type="gramEnd"/>
      <w:r>
        <w:rPr>
          <w:rFonts w:ascii="Arial" w:hAnsi="Arial"/>
        </w:rPr>
        <w:t xml:space="preserve"> idea for Halo was there before from the part of the museum, so it was kind of having the hardware was still the same as before, like a fixed idea. But then the </w:t>
      </w:r>
      <w:proofErr w:type="spellStart"/>
      <w:r>
        <w:rPr>
          <w:rFonts w:ascii="Arial" w:hAnsi="Arial"/>
        </w:rPr>
        <w:t>programme</w:t>
      </w:r>
      <w:proofErr w:type="spellEnd"/>
      <w:r>
        <w:rPr>
          <w:rFonts w:ascii="Arial" w:hAnsi="Arial"/>
        </w:rPr>
        <w:t xml:space="preserve"> of activities changed as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project </w:t>
      </w:r>
      <w:proofErr w:type="gramStart"/>
      <w:r>
        <w:rPr>
          <w:rFonts w:ascii="Arial" w:hAnsi="Arial"/>
        </w:rPr>
        <w:t>developed</w:t>
      </w:r>
      <w:proofErr w:type="gramEnd"/>
      <w:r>
        <w:rPr>
          <w:rFonts w:ascii="Arial" w:hAnsi="Arial"/>
        </w:rPr>
        <w:t xml:space="preserve">. </w:t>
      </w:r>
      <w:proofErr w:type="gramStart"/>
      <w:r>
        <w:rPr>
          <w:rFonts w:ascii="Arial" w:hAnsi="Arial"/>
        </w:rPr>
        <w:t>So</w:t>
      </w:r>
      <w:proofErr w:type="gramEnd"/>
      <w:r>
        <w:rPr>
          <w:rFonts w:ascii="Arial" w:hAnsi="Arial"/>
        </w:rPr>
        <w:t xml:space="preserve"> we originally had ideas for a </w:t>
      </w:r>
      <w:proofErr w:type="gramStart"/>
      <w:r>
        <w:rPr>
          <w:rFonts w:ascii="Arial" w:hAnsi="Arial"/>
        </w:rPr>
        <w:t>three day</w:t>
      </w:r>
      <w:proofErr w:type="gramEnd"/>
      <w:r>
        <w:rPr>
          <w:rFonts w:ascii="Arial" w:hAnsi="Arial"/>
        </w:rPr>
        <w:t xml:space="preserve"> experience, a full day experience, and a half day experience, and we tried </w:t>
      </w:r>
      <w:proofErr w:type="gramStart"/>
      <w:r>
        <w:rPr>
          <w:rFonts w:ascii="Arial" w:hAnsi="Arial"/>
        </w:rPr>
        <w:t>to develop this and</w:t>
      </w:r>
      <w:proofErr w:type="gramEnd"/>
      <w:r>
        <w:rPr>
          <w:rFonts w:ascii="Arial" w:hAnsi="Arial"/>
        </w:rPr>
        <w:t xml:space="preserve"> develop and develop, and then it ended up with we... Well, we ended up we scrapped about that three-day ac</w:t>
      </w:r>
      <w:r>
        <w:rPr>
          <w:rFonts w:ascii="Arial" w:hAnsi="Arial"/>
        </w:rPr>
        <w:t xml:space="preserve">tivity because that was just too much to take on at that time, and then the VR was born. </w:t>
      </w:r>
      <w:proofErr w:type="gramStart"/>
      <w:r>
        <w:rPr>
          <w:rFonts w:ascii="Arial" w:hAnsi="Arial"/>
        </w:rPr>
        <w:t>So</w:t>
      </w:r>
      <w:proofErr w:type="gramEnd"/>
      <w:r>
        <w:rPr>
          <w:rFonts w:ascii="Arial" w:hAnsi="Arial"/>
        </w:rPr>
        <w:t xml:space="preserve"> it was how </w:t>
      </w:r>
      <w:proofErr w:type="spellStart"/>
      <w:r>
        <w:rPr>
          <w:rFonts w:ascii="Arial" w:hAnsi="Arial"/>
        </w:rPr>
        <w:t>how</w:t>
      </w:r>
      <w:proofErr w:type="spellEnd"/>
      <w:r>
        <w:rPr>
          <w:rFonts w:ascii="Arial" w:hAnsi="Arial"/>
        </w:rPr>
        <w:t xml:space="preserve"> did we all decide? Well, it was there was a base of what we wanted to do, and then was a lot of iteration, lots of planning, lots of meetings, lots of how it's this </w:t>
      </w:r>
      <w:proofErr w:type="spellStart"/>
      <w:r>
        <w:rPr>
          <w:rFonts w:ascii="Arial" w:hAnsi="Arial"/>
        </w:rPr>
        <w:t>gonna</w:t>
      </w:r>
      <w:proofErr w:type="spellEnd"/>
      <w:r>
        <w:rPr>
          <w:rFonts w:ascii="Arial" w:hAnsi="Arial"/>
        </w:rPr>
        <w:t xml:space="preserve"> work in reality? So just lots of thinking and planning and brainstorming.</w:t>
      </w:r>
    </w:p>
    <w:p w14:paraId="420B5F6A" w14:textId="77777777" w:rsidR="003A3F31" w:rsidRDefault="003A3F31">
      <w:pPr>
        <w:spacing w:after="0"/>
      </w:pPr>
    </w:p>
    <w:p w14:paraId="4958414B"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1:18:27</w:t>
      </w:r>
      <w:proofErr w:type="gramEnd"/>
    </w:p>
    <w:p w14:paraId="59CDC7A4" w14:textId="77777777" w:rsidR="003A3F31" w:rsidRDefault="00FA1E12">
      <w:pPr>
        <w:spacing w:after="0"/>
      </w:pPr>
      <w:r>
        <w:rPr>
          <w:rFonts w:ascii="Arial" w:hAnsi="Arial"/>
        </w:rPr>
        <w:t xml:space="preserve">Yeah, that seems to be very much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sort of the theme. It's lots of discussions, lots of just like thrashing out ideas. I can just imagine </w:t>
      </w:r>
      <w:proofErr w:type="gramStart"/>
      <w:r>
        <w:rPr>
          <w:rFonts w:ascii="Arial" w:hAnsi="Arial"/>
        </w:rPr>
        <w:t>lots</w:t>
      </w:r>
      <w:proofErr w:type="gramEnd"/>
      <w:r>
        <w:rPr>
          <w:rFonts w:ascii="Arial" w:hAnsi="Arial"/>
        </w:rPr>
        <w:t xml:space="preserve"> kind </w:t>
      </w:r>
      <w:proofErr w:type="gramStart"/>
      <w:r>
        <w:rPr>
          <w:rFonts w:ascii="Arial" w:hAnsi="Arial"/>
        </w:rPr>
        <w:t>of mind</w:t>
      </w:r>
      <w:proofErr w:type="gramEnd"/>
      <w:r>
        <w:rPr>
          <w:rFonts w:ascii="Arial" w:hAnsi="Arial"/>
        </w:rPr>
        <w:t xml:space="preserve"> maps and things everywhere </w:t>
      </w:r>
      <w:proofErr w:type="gramStart"/>
      <w:r>
        <w:rPr>
          <w:rFonts w:ascii="Arial" w:hAnsi="Arial"/>
        </w:rPr>
        <w:t>of</w:t>
      </w:r>
      <w:proofErr w:type="gramEnd"/>
      <w:r>
        <w:rPr>
          <w:rFonts w:ascii="Arial" w:hAnsi="Arial"/>
        </w:rPr>
        <w:t xml:space="preserve"> like right how we're going to make this work. So yeah, I think that's probably a </w:t>
      </w:r>
      <w:proofErr w:type="gramStart"/>
      <w:r>
        <w:rPr>
          <w:rFonts w:ascii="Arial" w:hAnsi="Arial"/>
        </w:rPr>
        <w:t>really good</w:t>
      </w:r>
      <w:proofErr w:type="gramEnd"/>
      <w:r>
        <w:rPr>
          <w:rFonts w:ascii="Arial" w:hAnsi="Arial"/>
        </w:rPr>
        <w:t xml:space="preserve"> place to start. If </w:t>
      </w:r>
      <w:proofErr w:type="spellStart"/>
      <w:r>
        <w:rPr>
          <w:rFonts w:ascii="Arial" w:hAnsi="Arial"/>
        </w:rPr>
        <w:t>if</w:t>
      </w:r>
      <w:proofErr w:type="spellEnd"/>
      <w:r>
        <w:rPr>
          <w:rFonts w:ascii="Arial" w:hAnsi="Arial"/>
        </w:rPr>
        <w:t xml:space="preserve"> people are thinking of right, what can we be doing? Is just </w:t>
      </w:r>
      <w:proofErr w:type="spellStart"/>
      <w:r>
        <w:rPr>
          <w:rFonts w:ascii="Arial" w:hAnsi="Arial"/>
        </w:rPr>
        <w:t>just</w:t>
      </w:r>
      <w:proofErr w:type="spellEnd"/>
      <w:r>
        <w:rPr>
          <w:rFonts w:ascii="Arial" w:hAnsi="Arial"/>
        </w:rPr>
        <w:t xml:space="preserve"> get loads of ideas out and </w:t>
      </w:r>
      <w:proofErr w:type="spellStart"/>
      <w:r>
        <w:rPr>
          <w:rFonts w:ascii="Arial" w:hAnsi="Arial"/>
        </w:rPr>
        <w:t>and</w:t>
      </w:r>
      <w:proofErr w:type="spellEnd"/>
      <w:r>
        <w:rPr>
          <w:rFonts w:ascii="Arial" w:hAnsi="Arial"/>
        </w:rPr>
        <w:t xml:space="preserve"> start to kind of filter it down from there. We do have a final question in the chat, specifically for Kate and John, just asking how much it w</w:t>
      </w:r>
      <w:r>
        <w:rPr>
          <w:rFonts w:ascii="Arial" w:hAnsi="Arial"/>
        </w:rPr>
        <w:t>ill all cost if you have a kind of rough figure. If you're happy...</w:t>
      </w:r>
    </w:p>
    <w:p w14:paraId="4670BFE9" w14:textId="77777777" w:rsidR="003A3F31" w:rsidRDefault="003A3F31">
      <w:pPr>
        <w:spacing w:after="0"/>
      </w:pPr>
    </w:p>
    <w:p w14:paraId="6E7F259C"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1:19:04</w:t>
      </w:r>
      <w:proofErr w:type="gramEnd"/>
    </w:p>
    <w:p w14:paraId="1ED2B4F4" w14:textId="77777777" w:rsidR="003A3F31" w:rsidRDefault="00FA1E12">
      <w:pPr>
        <w:spacing w:after="0"/>
      </w:pPr>
      <w:r>
        <w:rPr>
          <w:rFonts w:ascii="Arial" w:hAnsi="Arial"/>
        </w:rPr>
        <w:t>That should be you... I was going to say that's over to you, Kate.</w:t>
      </w:r>
    </w:p>
    <w:p w14:paraId="1474C20B" w14:textId="77777777" w:rsidR="003A3F31" w:rsidRDefault="003A3F31">
      <w:pPr>
        <w:spacing w:after="0"/>
      </w:pPr>
    </w:p>
    <w:p w14:paraId="5E44EBD2" w14:textId="77777777" w:rsidR="003A3F31" w:rsidRDefault="00FA1E12">
      <w:pPr>
        <w:spacing w:after="0"/>
      </w:pPr>
      <w:r>
        <w:rPr>
          <w:rFonts w:ascii="Arial" w:hAnsi="Arial"/>
          <w:b/>
        </w:rPr>
        <w:t xml:space="preserve">Kate </w:t>
      </w:r>
      <w:proofErr w:type="spellStart"/>
      <w:proofErr w:type="gramStart"/>
      <w:r>
        <w:rPr>
          <w:rFonts w:ascii="Arial" w:hAnsi="Arial"/>
          <w:b/>
        </w:rPr>
        <w:t>Linsell</w:t>
      </w:r>
      <w:proofErr w:type="spellEnd"/>
      <w:r>
        <w:rPr>
          <w:rFonts w:ascii="Arial" w:hAnsi="Arial"/>
          <w:b/>
        </w:rPr>
        <w:t xml:space="preserve">  </w:t>
      </w:r>
      <w:r>
        <w:rPr>
          <w:rFonts w:ascii="Arial" w:hAnsi="Arial"/>
          <w:color w:val="5D7284"/>
        </w:rPr>
        <w:t>1:19:08</w:t>
      </w:r>
      <w:proofErr w:type="gramEnd"/>
    </w:p>
    <w:p w14:paraId="1517D09A" w14:textId="77777777" w:rsidR="003A3F31" w:rsidRDefault="00FA1E12">
      <w:pPr>
        <w:spacing w:after="0"/>
      </w:pPr>
      <w:r>
        <w:rPr>
          <w:rFonts w:ascii="Arial" w:hAnsi="Arial"/>
        </w:rPr>
        <w:t xml:space="preserve">No, but the grant we applied for was the purchase of the pump,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digging of a not digging, the burying of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pipe in the burn because it's a conservation area. It's got to be treated properly, </w:t>
      </w:r>
      <w:proofErr w:type="gramStart"/>
      <w:r>
        <w:rPr>
          <w:rFonts w:ascii="Arial" w:hAnsi="Arial"/>
        </w:rPr>
        <w:t>and also</w:t>
      </w:r>
      <w:proofErr w:type="gramEnd"/>
      <w:r>
        <w:rPr>
          <w:rFonts w:ascii="Arial" w:hAnsi="Arial"/>
        </w:rPr>
        <w:t xml:space="preserve">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retrofit in the museum. </w:t>
      </w:r>
      <w:proofErr w:type="gramStart"/>
      <w:r>
        <w:rPr>
          <w:rFonts w:ascii="Arial" w:hAnsi="Arial"/>
        </w:rPr>
        <w:t>So</w:t>
      </w:r>
      <w:proofErr w:type="gramEnd"/>
      <w:r>
        <w:rPr>
          <w:rFonts w:ascii="Arial" w:hAnsi="Arial"/>
        </w:rPr>
        <w:t xml:space="preserve"> the </w:t>
      </w:r>
      <w:proofErr w:type="gramStart"/>
      <w:r>
        <w:rPr>
          <w:rFonts w:ascii="Arial" w:hAnsi="Arial"/>
        </w:rPr>
        <w:t>grant and</w:t>
      </w:r>
      <w:proofErr w:type="gramEnd"/>
      <w:r>
        <w:rPr>
          <w:rFonts w:ascii="Arial" w:hAnsi="Arial"/>
        </w:rPr>
        <w:t xml:space="preserve"> </w:t>
      </w:r>
      <w:proofErr w:type="spellStart"/>
      <w:r>
        <w:rPr>
          <w:rFonts w:ascii="Arial" w:hAnsi="Arial"/>
        </w:rPr>
        <w:t>and</w:t>
      </w:r>
      <w:proofErr w:type="spellEnd"/>
      <w:r>
        <w:rPr>
          <w:rFonts w:ascii="Arial" w:hAnsi="Arial"/>
        </w:rPr>
        <w:t xml:space="preserve"> community engagement, of course</w:t>
      </w:r>
      <w:proofErr w:type="gramStart"/>
      <w:r>
        <w:rPr>
          <w:rFonts w:ascii="Arial" w:hAnsi="Arial"/>
        </w:rPr>
        <w:t>, which</w:t>
      </w:r>
      <w:proofErr w:type="gramEnd"/>
      <w:r>
        <w:rPr>
          <w:rFonts w:ascii="Arial" w:hAnsi="Arial"/>
        </w:rPr>
        <w:t xml:space="preserve"> is always very important with the heritage lottery grants. </w:t>
      </w:r>
      <w:proofErr w:type="gramStart"/>
      <w:r>
        <w:rPr>
          <w:rFonts w:ascii="Arial" w:hAnsi="Arial"/>
        </w:rPr>
        <w:t>So</w:t>
      </w:r>
      <w:proofErr w:type="gramEnd"/>
      <w:r>
        <w:rPr>
          <w:rFonts w:ascii="Arial" w:hAnsi="Arial"/>
        </w:rPr>
        <w:t xml:space="preserve">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total grant is £114,000, but the actual pump and fitting of it is probably nearer £90. And if we </w:t>
      </w:r>
      <w:proofErr w:type="gramStart"/>
      <w:r>
        <w:rPr>
          <w:rFonts w:ascii="Arial" w:hAnsi="Arial"/>
        </w:rPr>
        <w:t>would save</w:t>
      </w:r>
      <w:proofErr w:type="gramEnd"/>
      <w:r>
        <w:rPr>
          <w:rFonts w:ascii="Arial" w:hAnsi="Arial"/>
        </w:rPr>
        <w:t xml:space="preserve"> £10,000 a year, that would pay itself back in nine years. But the longevity of the heat exch</w:t>
      </w:r>
      <w:r>
        <w:rPr>
          <w:rFonts w:ascii="Arial" w:hAnsi="Arial"/>
        </w:rPr>
        <w:t xml:space="preserve">ange system is 25 years plus. So once... once it's </w:t>
      </w:r>
      <w:r>
        <w:rPr>
          <w:rFonts w:ascii="Arial" w:hAnsi="Arial"/>
        </w:rPr>
        <w:lastRenderedPageBreak/>
        <w:t xml:space="preserve">in the </w:t>
      </w:r>
      <w:proofErr w:type="spellStart"/>
      <w:r>
        <w:rPr>
          <w:rFonts w:ascii="Arial" w:hAnsi="Arial"/>
        </w:rPr>
        <w:t>the</w:t>
      </w:r>
      <w:proofErr w:type="spellEnd"/>
      <w:r>
        <w:rPr>
          <w:rFonts w:ascii="Arial" w:hAnsi="Arial"/>
        </w:rPr>
        <w:t xml:space="preserve"> as far as we are advised, because obviously this is a new system. But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materials that are used to make it have a long shelf life or working life, so it's </w:t>
      </w:r>
      <w:proofErr w:type="spellStart"/>
      <w:proofErr w:type="gramStart"/>
      <w:r>
        <w:rPr>
          <w:rFonts w:ascii="Arial" w:hAnsi="Arial"/>
        </w:rPr>
        <w:t>a</w:t>
      </w:r>
      <w:proofErr w:type="spellEnd"/>
      <w:r>
        <w:rPr>
          <w:rFonts w:ascii="Arial" w:hAnsi="Arial"/>
        </w:rPr>
        <w:t xml:space="preserve"> it's</w:t>
      </w:r>
      <w:proofErr w:type="gramEnd"/>
      <w:r>
        <w:rPr>
          <w:rFonts w:ascii="Arial" w:hAnsi="Arial"/>
        </w:rPr>
        <w:t xml:space="preserve"> </w:t>
      </w:r>
      <w:proofErr w:type="spellStart"/>
      <w:proofErr w:type="gramStart"/>
      <w:r>
        <w:rPr>
          <w:rFonts w:ascii="Arial" w:hAnsi="Arial"/>
        </w:rPr>
        <w:t>a</w:t>
      </w:r>
      <w:proofErr w:type="spellEnd"/>
      <w:r>
        <w:rPr>
          <w:rFonts w:ascii="Arial" w:hAnsi="Arial"/>
        </w:rPr>
        <w:t xml:space="preserve"> it's</w:t>
      </w:r>
      <w:proofErr w:type="gramEnd"/>
      <w:r>
        <w:rPr>
          <w:rFonts w:ascii="Arial" w:hAnsi="Arial"/>
        </w:rPr>
        <w:t xml:space="preserve"> a bit of an investment now. Thank you very much for the grant, but at the same time, in the long term, and it will start to provide savings for us. We're not income generating, but we're saving money. And right now, as I'm sure most people around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w:t>
      </w:r>
      <w:proofErr w:type="spellStart"/>
      <w:r>
        <w:rPr>
          <w:rFonts w:ascii="Arial" w:hAnsi="Arial"/>
        </w:rPr>
        <w:t>the</w:t>
      </w:r>
      <w:proofErr w:type="spellEnd"/>
      <w:r>
        <w:rPr>
          <w:rFonts w:ascii="Arial" w:hAnsi="Arial"/>
        </w:rPr>
        <w:t xml:space="preserve"> computer screen </w:t>
      </w:r>
      <w:r>
        <w:rPr>
          <w:rFonts w:ascii="Arial" w:hAnsi="Arial"/>
        </w:rPr>
        <w:t xml:space="preserve">will be in the same position of saving money, not spending money is </w:t>
      </w:r>
      <w:proofErr w:type="gramStart"/>
      <w:r>
        <w:rPr>
          <w:rFonts w:ascii="Arial" w:hAnsi="Arial"/>
        </w:rPr>
        <w:t>absolutely key</w:t>
      </w:r>
      <w:proofErr w:type="gramEnd"/>
      <w:r>
        <w:rPr>
          <w:rFonts w:ascii="Arial" w:hAnsi="Arial"/>
        </w:rPr>
        <w:t xml:space="preserve"> because it's all quite fragile in the heritage sector. Certainly, we're finding it quite challenging, but we're undaunted.</w:t>
      </w:r>
    </w:p>
    <w:p w14:paraId="4DAA5A58" w14:textId="77777777" w:rsidR="003A3F31" w:rsidRDefault="003A3F31">
      <w:pPr>
        <w:spacing w:after="0"/>
      </w:pPr>
    </w:p>
    <w:p w14:paraId="1B58B6DD"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1:20:47</w:t>
      </w:r>
      <w:proofErr w:type="gramEnd"/>
    </w:p>
    <w:p w14:paraId="356C0E68" w14:textId="77777777" w:rsidR="003A3F31" w:rsidRDefault="00FA1E12">
      <w:pPr>
        <w:spacing w:after="0"/>
      </w:pPr>
      <w:r>
        <w:rPr>
          <w:rFonts w:ascii="Arial" w:hAnsi="Arial"/>
        </w:rPr>
        <w:t xml:space="preserve">If I could add to that, the </w:t>
      </w:r>
      <w:proofErr w:type="spellStart"/>
      <w:r>
        <w:rPr>
          <w:rFonts w:ascii="Arial" w:hAnsi="Arial"/>
        </w:rPr>
        <w:t>the</w:t>
      </w:r>
      <w:proofErr w:type="spellEnd"/>
      <w:r>
        <w:rPr>
          <w:rFonts w:ascii="Arial" w:hAnsi="Arial"/>
        </w:rPr>
        <w:t xml:space="preserve"> actual heat exchange unit is quite </w:t>
      </w:r>
      <w:proofErr w:type="gramStart"/>
      <w:r>
        <w:rPr>
          <w:rFonts w:ascii="Arial" w:hAnsi="Arial"/>
        </w:rPr>
        <w:t>rare in the</w:t>
      </w:r>
      <w:proofErr w:type="gramEnd"/>
      <w:r>
        <w:rPr>
          <w:rFonts w:ascii="Arial" w:hAnsi="Arial"/>
        </w:rPr>
        <w:t xml:space="preserve"> in the marketplace. A lot of them have metal components, and because this </w:t>
      </w:r>
      <w:proofErr w:type="gramStart"/>
      <w:r>
        <w:rPr>
          <w:rFonts w:ascii="Arial" w:hAnsi="Arial"/>
        </w:rPr>
        <w:t>particular unit</w:t>
      </w:r>
      <w:proofErr w:type="gramEnd"/>
      <w:r>
        <w:rPr>
          <w:rFonts w:ascii="Arial" w:hAnsi="Arial"/>
        </w:rPr>
        <w:t xml:space="preserve"> was developed for seawater, it was designed with basically all plastic, and </w:t>
      </w:r>
      <w:proofErr w:type="gramStart"/>
      <w:r>
        <w:rPr>
          <w:rFonts w:ascii="Arial" w:hAnsi="Arial"/>
        </w:rPr>
        <w:t>it's</w:t>
      </w:r>
      <w:proofErr w:type="gramEnd"/>
      <w:r>
        <w:rPr>
          <w:rFonts w:ascii="Arial" w:hAnsi="Arial"/>
        </w:rPr>
        <w:t xml:space="preserve"> very clever design. </w:t>
      </w:r>
      <w:proofErr w:type="gramStart"/>
      <w:r>
        <w:rPr>
          <w:rFonts w:ascii="Arial" w:hAnsi="Arial"/>
        </w:rPr>
        <w:t>So</w:t>
      </w:r>
      <w:proofErr w:type="gramEnd"/>
      <w:r>
        <w:rPr>
          <w:rFonts w:ascii="Arial" w:hAnsi="Arial"/>
        </w:rPr>
        <w:t xml:space="preserve"> it will it will last as long as the plastic... excuse me... plastic lasts. I think the main thing for us is that we can </w:t>
      </w:r>
      <w:proofErr w:type="gramStart"/>
      <w:r>
        <w:rPr>
          <w:rFonts w:ascii="Arial" w:hAnsi="Arial"/>
        </w:rPr>
        <w:t>actually have</w:t>
      </w:r>
      <w:proofErr w:type="gramEnd"/>
      <w:r>
        <w:rPr>
          <w:rFonts w:ascii="Arial" w:hAnsi="Arial"/>
        </w:rPr>
        <w:t xml:space="preserve"> the heating on now. We can </w:t>
      </w:r>
      <w:proofErr w:type="gramStart"/>
      <w:r>
        <w:rPr>
          <w:rFonts w:ascii="Arial" w:hAnsi="Arial"/>
        </w:rPr>
        <w:t>actually afford</w:t>
      </w:r>
      <w:proofErr w:type="gramEnd"/>
      <w:r>
        <w:rPr>
          <w:rFonts w:ascii="Arial" w:hAnsi="Arial"/>
        </w:rPr>
        <w:t xml:space="preserve"> to have some heating on, whereas before we couldn't. </w:t>
      </w:r>
      <w:proofErr w:type="gramStart"/>
      <w:r>
        <w:rPr>
          <w:rFonts w:ascii="Arial" w:hAnsi="Arial"/>
        </w:rPr>
        <w:t>So</w:t>
      </w:r>
      <w:proofErr w:type="gramEnd"/>
      <w:r>
        <w:rPr>
          <w:rFonts w:ascii="Arial" w:hAnsi="Arial"/>
        </w:rPr>
        <w:t xml:space="preserve"> it's not so... It's not all about </w:t>
      </w:r>
      <w:proofErr w:type="gramStart"/>
      <w:r>
        <w:rPr>
          <w:rFonts w:ascii="Arial" w:hAnsi="Arial"/>
        </w:rPr>
        <w:t>the saving</w:t>
      </w:r>
      <w:proofErr w:type="gramEnd"/>
      <w:r>
        <w:rPr>
          <w:rFonts w:ascii="Arial" w:hAnsi="Arial"/>
        </w:rPr>
        <w:t xml:space="preserve">. It's </w:t>
      </w:r>
      <w:proofErr w:type="gramStart"/>
      <w:r>
        <w:rPr>
          <w:rFonts w:ascii="Arial" w:hAnsi="Arial"/>
        </w:rPr>
        <w:t>actually about</w:t>
      </w:r>
      <w:proofErr w:type="gramEnd"/>
      <w:r>
        <w:rPr>
          <w:rFonts w:ascii="Arial" w:hAnsi="Arial"/>
        </w:rPr>
        <w:t xml:space="preserve"> the fact that we can </w:t>
      </w:r>
      <w:proofErr w:type="gramStart"/>
      <w:r>
        <w:rPr>
          <w:rFonts w:ascii="Arial" w:hAnsi="Arial"/>
        </w:rPr>
        <w:t>actually afford</w:t>
      </w:r>
      <w:proofErr w:type="gramEnd"/>
      <w:r>
        <w:rPr>
          <w:rFonts w:ascii="Arial" w:hAnsi="Arial"/>
        </w:rPr>
        <w:t xml:space="preserve"> to have some heat in the place, like Kate said.</w:t>
      </w:r>
    </w:p>
    <w:p w14:paraId="0D71889F" w14:textId="77777777" w:rsidR="003A3F31" w:rsidRDefault="003A3F31">
      <w:pPr>
        <w:spacing w:after="0"/>
      </w:pPr>
    </w:p>
    <w:p w14:paraId="5792F142"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1:21:39</w:t>
      </w:r>
      <w:proofErr w:type="gramEnd"/>
    </w:p>
    <w:p w14:paraId="3B3E6557" w14:textId="77777777" w:rsidR="003A3F31" w:rsidRDefault="00FA1E12">
      <w:pPr>
        <w:spacing w:after="0"/>
      </w:pPr>
      <w:r>
        <w:rPr>
          <w:rFonts w:ascii="Arial" w:hAnsi="Arial"/>
        </w:rPr>
        <w:t xml:space="preserve">Yeah, absolutely. We've </w:t>
      </w:r>
      <w:proofErr w:type="spellStart"/>
      <w:r>
        <w:rPr>
          <w:rFonts w:ascii="Arial" w:hAnsi="Arial"/>
        </w:rPr>
        <w:t>we've</w:t>
      </w:r>
      <w:proofErr w:type="spellEnd"/>
      <w:r>
        <w:rPr>
          <w:rFonts w:ascii="Arial" w:hAnsi="Arial"/>
        </w:rPr>
        <w:t xml:space="preserve"> </w:t>
      </w:r>
      <w:proofErr w:type="gramStart"/>
      <w:r>
        <w:rPr>
          <w:rFonts w:ascii="Arial" w:hAnsi="Arial"/>
        </w:rPr>
        <w:t>actually got</w:t>
      </w:r>
      <w:proofErr w:type="gramEnd"/>
      <w:r>
        <w:rPr>
          <w:rFonts w:ascii="Arial" w:hAnsi="Arial"/>
        </w:rPr>
        <w:t xml:space="preserve"> a message in the chat saying that they were quoted £15 million to consider </w:t>
      </w:r>
      <w:proofErr w:type="spellStart"/>
      <w:r>
        <w:rPr>
          <w:rFonts w:ascii="Arial" w:hAnsi="Arial"/>
        </w:rPr>
        <w:t>utilising</w:t>
      </w:r>
      <w:proofErr w:type="spellEnd"/>
      <w:r>
        <w:rPr>
          <w:rFonts w:ascii="Arial" w:hAnsi="Arial"/>
        </w:rPr>
        <w:t xml:space="preserve"> mine water as a pilot for a community group. So glad to hear that you found someone sensible. </w:t>
      </w:r>
      <w:proofErr w:type="gramStart"/>
      <w:r>
        <w:rPr>
          <w:rFonts w:ascii="Arial" w:hAnsi="Arial"/>
        </w:rPr>
        <w:t>So</w:t>
      </w:r>
      <w:proofErr w:type="gramEnd"/>
      <w:r>
        <w:rPr>
          <w:rFonts w:ascii="Arial" w:hAnsi="Arial"/>
        </w:rPr>
        <w:t xml:space="preserve"> I </w:t>
      </w:r>
      <w:proofErr w:type="gramStart"/>
      <w:r>
        <w:rPr>
          <w:rFonts w:ascii="Arial" w:hAnsi="Arial"/>
        </w:rPr>
        <w:t>definitely think</w:t>
      </w:r>
      <w:proofErr w:type="gramEnd"/>
      <w:r>
        <w:rPr>
          <w:rFonts w:ascii="Arial" w:hAnsi="Arial"/>
        </w:rPr>
        <w:t xml:space="preserve"> they'll be reaching </w:t>
      </w:r>
      <w:proofErr w:type="gramStart"/>
      <w:r>
        <w:rPr>
          <w:rFonts w:ascii="Arial" w:hAnsi="Arial"/>
        </w:rPr>
        <w:t>out to</w:t>
      </w:r>
      <w:proofErr w:type="gramEnd"/>
      <w:r>
        <w:rPr>
          <w:rFonts w:ascii="Arial" w:hAnsi="Arial"/>
        </w:rPr>
        <w:t xml:space="preserve"> </w:t>
      </w:r>
      <w:proofErr w:type="spellStart"/>
      <w:r>
        <w:rPr>
          <w:rFonts w:ascii="Arial" w:hAnsi="Arial"/>
        </w:rPr>
        <w:t>to</w:t>
      </w:r>
      <w:proofErr w:type="spellEnd"/>
      <w:r>
        <w:rPr>
          <w:rFonts w:ascii="Arial" w:hAnsi="Arial"/>
        </w:rPr>
        <w:t xml:space="preserve"> find out about your contacts there. There aren't any more questions in the chat. Is there anything else anybody would like to ask? Another one there, just Hermione. We've had quotes way higher as well, so this project is </w:t>
      </w:r>
      <w:proofErr w:type="gramStart"/>
      <w:r>
        <w:rPr>
          <w:rFonts w:ascii="Arial" w:hAnsi="Arial"/>
        </w:rPr>
        <w:t>really interesting</w:t>
      </w:r>
      <w:proofErr w:type="gramEnd"/>
      <w:r>
        <w:rPr>
          <w:rFonts w:ascii="Arial" w:hAnsi="Arial"/>
        </w:rPr>
        <w:t>. Any other final quest</w:t>
      </w:r>
      <w:r>
        <w:rPr>
          <w:rFonts w:ascii="Arial" w:hAnsi="Arial"/>
        </w:rPr>
        <w:t xml:space="preserve">ions from the audience? No, I probably have just </w:t>
      </w:r>
      <w:proofErr w:type="spellStart"/>
      <w:r>
        <w:rPr>
          <w:rFonts w:ascii="Arial" w:hAnsi="Arial"/>
        </w:rPr>
        <w:t>just</w:t>
      </w:r>
      <w:proofErr w:type="spellEnd"/>
      <w:r>
        <w:rPr>
          <w:rFonts w:ascii="Arial" w:hAnsi="Arial"/>
        </w:rPr>
        <w:t xml:space="preserve"> to kind of finish this off, one kind of final </w:t>
      </w:r>
      <w:proofErr w:type="spellStart"/>
      <w:r>
        <w:rPr>
          <w:rFonts w:ascii="Arial" w:hAnsi="Arial"/>
        </w:rPr>
        <w:t>final</w:t>
      </w:r>
      <w:proofErr w:type="spellEnd"/>
      <w:r>
        <w:rPr>
          <w:rFonts w:ascii="Arial" w:hAnsi="Arial"/>
        </w:rPr>
        <w:t xml:space="preserve"> question. So obviously there are probably a lot of people on the call today that are maybe just starting to think about this and starting to think "well, actually, maybe that idea that we've had it could start to develop". What would be the best bit of advice? Did you receive any </w:t>
      </w:r>
      <w:proofErr w:type="gramStart"/>
      <w:r>
        <w:rPr>
          <w:rFonts w:ascii="Arial" w:hAnsi="Arial"/>
        </w:rPr>
        <w:t>really good</w:t>
      </w:r>
      <w:proofErr w:type="gramEnd"/>
      <w:r>
        <w:rPr>
          <w:rFonts w:ascii="Arial" w:hAnsi="Arial"/>
        </w:rPr>
        <w:t xml:space="preserve"> advice before you got started, or what would be the best bit of advice that you would give to someone starting to</w:t>
      </w:r>
      <w:r>
        <w:rPr>
          <w:rFonts w:ascii="Arial" w:hAnsi="Arial"/>
        </w:rPr>
        <w:t xml:space="preserve"> think about developing an innovative project? I'll </w:t>
      </w:r>
      <w:proofErr w:type="gramStart"/>
      <w:r>
        <w:rPr>
          <w:rFonts w:ascii="Arial" w:hAnsi="Arial"/>
        </w:rPr>
        <w:t>put</w:t>
      </w:r>
      <w:proofErr w:type="gramEnd"/>
      <w:r>
        <w:rPr>
          <w:rFonts w:ascii="Arial" w:hAnsi="Arial"/>
        </w:rPr>
        <w:t xml:space="preserve"> that to Kate. You took your mic off, so I'll put it to you.</w:t>
      </w:r>
    </w:p>
    <w:p w14:paraId="63C297D0" w14:textId="77777777" w:rsidR="003A3F31" w:rsidRDefault="003A3F31">
      <w:pPr>
        <w:spacing w:after="0"/>
      </w:pPr>
    </w:p>
    <w:p w14:paraId="3B470544" w14:textId="77777777" w:rsidR="003A3F31" w:rsidRDefault="00FA1E12">
      <w:pPr>
        <w:spacing w:after="0"/>
      </w:pPr>
      <w:r>
        <w:rPr>
          <w:rFonts w:ascii="Arial" w:hAnsi="Arial"/>
          <w:b/>
        </w:rPr>
        <w:t xml:space="preserve">Kate </w:t>
      </w:r>
      <w:proofErr w:type="spellStart"/>
      <w:proofErr w:type="gramStart"/>
      <w:r>
        <w:rPr>
          <w:rFonts w:ascii="Arial" w:hAnsi="Arial"/>
          <w:b/>
        </w:rPr>
        <w:t>Linsell</w:t>
      </w:r>
      <w:proofErr w:type="spellEnd"/>
      <w:r>
        <w:rPr>
          <w:rFonts w:ascii="Arial" w:hAnsi="Arial"/>
          <w:b/>
        </w:rPr>
        <w:t xml:space="preserve">  </w:t>
      </w:r>
      <w:r>
        <w:rPr>
          <w:rFonts w:ascii="Arial" w:hAnsi="Arial"/>
          <w:color w:val="5D7284"/>
        </w:rPr>
        <w:t>1:22:54</w:t>
      </w:r>
      <w:proofErr w:type="gramEnd"/>
    </w:p>
    <w:p w14:paraId="2EA1E176" w14:textId="77777777" w:rsidR="003A3F31" w:rsidRDefault="00FA1E12">
      <w:pPr>
        <w:spacing w:after="0"/>
      </w:pPr>
      <w:r>
        <w:rPr>
          <w:rFonts w:ascii="Arial" w:hAnsi="Arial"/>
        </w:rPr>
        <w:t xml:space="preserve">Well, how long have you </w:t>
      </w:r>
      <w:proofErr w:type="gramStart"/>
      <w:r>
        <w:rPr>
          <w:rFonts w:ascii="Arial" w:hAnsi="Arial"/>
        </w:rPr>
        <w:t>got</w:t>
      </w:r>
      <w:proofErr w:type="gramEnd"/>
      <w:r>
        <w:rPr>
          <w:rFonts w:ascii="Arial" w:hAnsi="Arial"/>
        </w:rPr>
        <w:t xml:space="preserve">? No, the best bit of advice </w:t>
      </w:r>
      <w:proofErr w:type="gramStart"/>
      <w:r>
        <w:rPr>
          <w:rFonts w:ascii="Arial" w:hAnsi="Arial"/>
        </w:rPr>
        <w:t>is that</w:t>
      </w:r>
      <w:proofErr w:type="gramEnd"/>
      <w:r>
        <w:rPr>
          <w:rFonts w:ascii="Arial" w:hAnsi="Arial"/>
        </w:rPr>
        <w:t xml:space="preserve"> if you're an innovator, you're an enthusiast, and therefore you'll </w:t>
      </w:r>
      <w:proofErr w:type="gramStart"/>
      <w:r>
        <w:rPr>
          <w:rFonts w:ascii="Arial" w:hAnsi="Arial"/>
        </w:rPr>
        <w:t>want</w:t>
      </w:r>
      <w:proofErr w:type="gramEnd"/>
      <w:r>
        <w:rPr>
          <w:rFonts w:ascii="Arial" w:hAnsi="Arial"/>
        </w:rPr>
        <w:t xml:space="preserve"> it done in five minutes. Allow at least two or three times the amount of time that your bad estimate is grip taking, because all the permissions, all the everything else, it all takes longer, and it's </w:t>
      </w:r>
      <w:proofErr w:type="spellStart"/>
      <w:r>
        <w:rPr>
          <w:rFonts w:ascii="Arial" w:hAnsi="Arial"/>
        </w:rPr>
        <w:t>it's</w:t>
      </w:r>
      <w:proofErr w:type="spellEnd"/>
      <w:r>
        <w:rPr>
          <w:rFonts w:ascii="Arial" w:hAnsi="Arial"/>
        </w:rPr>
        <w:t xml:space="preserve"> just you so have unseen hurdles to get over when it's yet another government </w:t>
      </w:r>
      <w:proofErr w:type="spellStart"/>
      <w:r>
        <w:rPr>
          <w:rFonts w:ascii="Arial" w:hAnsi="Arial"/>
        </w:rPr>
        <w:t>licence</w:t>
      </w:r>
      <w:proofErr w:type="spellEnd"/>
      <w:r>
        <w:rPr>
          <w:rFonts w:ascii="Arial" w:hAnsi="Arial"/>
        </w:rPr>
        <w:t xml:space="preserve"> online form. I hate online forms. You know, I love digital stuff, but online forms. </w:t>
      </w:r>
      <w:proofErr w:type="gramStart"/>
      <w:r>
        <w:rPr>
          <w:rFonts w:ascii="Arial" w:hAnsi="Arial"/>
        </w:rPr>
        <w:t>So</w:t>
      </w:r>
      <w:proofErr w:type="gramEnd"/>
      <w:r>
        <w:rPr>
          <w:rFonts w:ascii="Arial" w:hAnsi="Arial"/>
        </w:rPr>
        <w:t xml:space="preserve"> take </w:t>
      </w:r>
      <w:proofErr w:type="gramStart"/>
      <w:r>
        <w:rPr>
          <w:rFonts w:ascii="Arial" w:hAnsi="Arial"/>
        </w:rPr>
        <w:t>it takes</w:t>
      </w:r>
      <w:proofErr w:type="gramEnd"/>
      <w:r>
        <w:rPr>
          <w:rFonts w:ascii="Arial" w:hAnsi="Arial"/>
        </w:rPr>
        <w:t xml:space="preserve"> longer t</w:t>
      </w:r>
      <w:r>
        <w:rPr>
          <w:rFonts w:ascii="Arial" w:hAnsi="Arial"/>
        </w:rPr>
        <w:t xml:space="preserve">han you think. </w:t>
      </w:r>
      <w:proofErr w:type="gramStart"/>
      <w:r>
        <w:rPr>
          <w:rFonts w:ascii="Arial" w:hAnsi="Arial"/>
        </w:rPr>
        <w:t>So</w:t>
      </w:r>
      <w:proofErr w:type="gramEnd"/>
      <w:r>
        <w:rPr>
          <w:rFonts w:ascii="Arial" w:hAnsi="Arial"/>
        </w:rPr>
        <w:t xml:space="preserve"> allow for that. It's much better to say to your grantor, "Oh, we've finished early, than it is to say, "I'm terribly sorry, we're running late". </w:t>
      </w:r>
      <w:proofErr w:type="gramStart"/>
      <w:r>
        <w:rPr>
          <w:rFonts w:ascii="Arial" w:hAnsi="Arial"/>
        </w:rPr>
        <w:t>So</w:t>
      </w:r>
      <w:proofErr w:type="gramEnd"/>
      <w:r>
        <w:rPr>
          <w:rFonts w:ascii="Arial" w:hAnsi="Arial"/>
        </w:rPr>
        <w:t xml:space="preserve"> to add extra time in.</w:t>
      </w:r>
    </w:p>
    <w:p w14:paraId="13534AF4" w14:textId="77777777" w:rsidR="003A3F31" w:rsidRDefault="003A3F31">
      <w:pPr>
        <w:spacing w:after="0"/>
      </w:pPr>
    </w:p>
    <w:p w14:paraId="7D6F395F"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1:23:41</w:t>
      </w:r>
      <w:proofErr w:type="gramEnd"/>
    </w:p>
    <w:p w14:paraId="2EF8DD56" w14:textId="77777777" w:rsidR="003A3F31" w:rsidRDefault="00FA1E12">
      <w:pPr>
        <w:spacing w:after="0"/>
      </w:pPr>
      <w:r>
        <w:rPr>
          <w:rFonts w:ascii="Arial" w:hAnsi="Arial"/>
        </w:rPr>
        <w:t xml:space="preserve">Brilliant. Yeah, I think time is </w:t>
      </w:r>
      <w:proofErr w:type="gramStart"/>
      <w:r>
        <w:rPr>
          <w:rFonts w:ascii="Arial" w:hAnsi="Arial"/>
        </w:rPr>
        <w:t>definitely one</w:t>
      </w:r>
      <w:proofErr w:type="gramEnd"/>
      <w:r>
        <w:rPr>
          <w:rFonts w:ascii="Arial" w:hAnsi="Arial"/>
        </w:rPr>
        <w:t>. You know, as you say, what whatever you think it's going to be, multiply it by about four, and that may be a bit more accurate. Ashley, any advice you would give?</w:t>
      </w:r>
    </w:p>
    <w:p w14:paraId="1C4FEE68" w14:textId="77777777" w:rsidR="003A3F31" w:rsidRDefault="003A3F31">
      <w:pPr>
        <w:spacing w:after="0"/>
      </w:pPr>
    </w:p>
    <w:p w14:paraId="4179CE2B" w14:textId="77777777" w:rsidR="003A3F31" w:rsidRDefault="00FA1E12">
      <w:pPr>
        <w:spacing w:after="0"/>
      </w:pPr>
      <w:r>
        <w:rPr>
          <w:rFonts w:ascii="Arial" w:hAnsi="Arial"/>
          <w:b/>
        </w:rPr>
        <w:lastRenderedPageBreak/>
        <w:t xml:space="preserve">Ashley </w:t>
      </w:r>
      <w:proofErr w:type="gramStart"/>
      <w:r>
        <w:rPr>
          <w:rFonts w:ascii="Arial" w:hAnsi="Arial"/>
          <w:b/>
        </w:rPr>
        <w:t xml:space="preserve">Pink  </w:t>
      </w:r>
      <w:r>
        <w:rPr>
          <w:rFonts w:ascii="Arial" w:hAnsi="Arial"/>
          <w:color w:val="5D7284"/>
        </w:rPr>
        <w:t>1:23:53</w:t>
      </w:r>
      <w:proofErr w:type="gramEnd"/>
    </w:p>
    <w:p w14:paraId="78E71EE9" w14:textId="77777777" w:rsidR="003A3F31" w:rsidRDefault="00FA1E12">
      <w:pPr>
        <w:spacing w:after="0"/>
      </w:pPr>
      <w:r>
        <w:rPr>
          <w:rFonts w:ascii="Arial" w:hAnsi="Arial"/>
        </w:rPr>
        <w:t xml:space="preserve">Very much like Kate said, I think yeah, the planning of it takes longer, and don't be disheartened </w:t>
      </w:r>
      <w:proofErr w:type="gramStart"/>
      <w:r>
        <w:rPr>
          <w:rFonts w:ascii="Arial" w:hAnsi="Arial"/>
        </w:rPr>
        <w:t>when there's</w:t>
      </w:r>
      <w:proofErr w:type="gramEnd"/>
      <w:r>
        <w:rPr>
          <w:rFonts w:ascii="Arial" w:hAnsi="Arial"/>
        </w:rPr>
        <w:t xml:space="preserve"> </w:t>
      </w:r>
      <w:proofErr w:type="spellStart"/>
      <w:r>
        <w:rPr>
          <w:rFonts w:ascii="Arial" w:hAnsi="Arial"/>
        </w:rPr>
        <w:t>there's</w:t>
      </w:r>
      <w:proofErr w:type="spellEnd"/>
      <w:r>
        <w:rPr>
          <w:rFonts w:ascii="Arial" w:hAnsi="Arial"/>
        </w:rPr>
        <w:t xml:space="preserve"> bumps in the road, as there inevitably is. We had planned on opening hours at the tail end of last year to kind of capture that last kind of bit of revenue, and the EU sign off for the climbing equipment took much longer than what we anticipated, and we had to make a judgement call to just hold off and open the season in April, which was a bit of a financial hit we hadn't planned for, but it </w:t>
      </w:r>
      <w:proofErr w:type="spellStart"/>
      <w:r>
        <w:rPr>
          <w:rFonts w:ascii="Arial" w:hAnsi="Arial"/>
        </w:rPr>
        <w:t>it</w:t>
      </w:r>
      <w:proofErr w:type="spellEnd"/>
      <w:r>
        <w:rPr>
          <w:rFonts w:ascii="Arial" w:hAnsi="Arial"/>
        </w:rPr>
        <w:t xml:space="preserve"> was a right decision, however frustrating it is. And collaborate with people early on. I thin</w:t>
      </w:r>
      <w:r>
        <w:rPr>
          <w:rFonts w:ascii="Arial" w:hAnsi="Arial"/>
        </w:rPr>
        <w:t xml:space="preserve">k that's </w:t>
      </w:r>
      <w:proofErr w:type="spellStart"/>
      <w:r>
        <w:rPr>
          <w:rFonts w:ascii="Arial" w:hAnsi="Arial"/>
        </w:rPr>
        <w:t>that's</w:t>
      </w:r>
      <w:proofErr w:type="spellEnd"/>
      <w:r>
        <w:rPr>
          <w:rFonts w:ascii="Arial" w:hAnsi="Arial"/>
        </w:rPr>
        <w:t xml:space="preserve"> the other key point is you think you know best and you want to keep it kind of quite contained, but actually there's always bits you don't think about and they might seem small and they might seem kind of not relevant, but at some </w:t>
      </w:r>
      <w:proofErr w:type="gramStart"/>
      <w:r>
        <w:rPr>
          <w:rFonts w:ascii="Arial" w:hAnsi="Arial"/>
        </w:rPr>
        <w:t>point</w:t>
      </w:r>
      <w:proofErr w:type="gramEnd"/>
      <w:r>
        <w:rPr>
          <w:rFonts w:ascii="Arial" w:hAnsi="Arial"/>
        </w:rPr>
        <w:t xml:space="preserve"> they do become really relevant. </w:t>
      </w:r>
      <w:proofErr w:type="gramStart"/>
      <w:r>
        <w:rPr>
          <w:rFonts w:ascii="Arial" w:hAnsi="Arial"/>
        </w:rPr>
        <w:t>So</w:t>
      </w:r>
      <w:proofErr w:type="gramEnd"/>
      <w:r>
        <w:rPr>
          <w:rFonts w:ascii="Arial" w:hAnsi="Arial"/>
        </w:rPr>
        <w:t xml:space="preserve"> get those people in the room and kind of build enthusiasm within the team early. And people, if they feel like they're being consulted in it</w:t>
      </w:r>
      <w:proofErr w:type="gramStart"/>
      <w:r>
        <w:rPr>
          <w:rFonts w:ascii="Arial" w:hAnsi="Arial"/>
        </w:rPr>
        <w:t>, they</w:t>
      </w:r>
      <w:proofErr w:type="gramEnd"/>
      <w:r>
        <w:rPr>
          <w:rFonts w:ascii="Arial" w:hAnsi="Arial"/>
        </w:rPr>
        <w:t xml:space="preserve"> tend to get behind </w:t>
      </w:r>
      <w:proofErr w:type="gramStart"/>
      <w:r>
        <w:rPr>
          <w:rFonts w:ascii="Arial" w:hAnsi="Arial"/>
        </w:rPr>
        <w:t>it in a</w:t>
      </w:r>
      <w:proofErr w:type="gramEnd"/>
      <w:r>
        <w:rPr>
          <w:rFonts w:ascii="Arial" w:hAnsi="Arial"/>
        </w:rPr>
        <w:t xml:space="preserve"> in a better way. That would be my advice.</w:t>
      </w:r>
    </w:p>
    <w:p w14:paraId="5599C1EF" w14:textId="77777777" w:rsidR="003A3F31" w:rsidRDefault="003A3F31">
      <w:pPr>
        <w:spacing w:after="0"/>
      </w:pPr>
    </w:p>
    <w:p w14:paraId="06B1E03E"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1:24:57</w:t>
      </w:r>
      <w:proofErr w:type="gramEnd"/>
    </w:p>
    <w:p w14:paraId="70F46C02" w14:textId="77777777" w:rsidR="003A3F31" w:rsidRDefault="00FA1E12">
      <w:pPr>
        <w:spacing w:after="0"/>
      </w:pPr>
      <w:r>
        <w:rPr>
          <w:rFonts w:ascii="Arial" w:hAnsi="Arial"/>
        </w:rPr>
        <w:t>Yeah, absolutely. Having that buy-in, I think, is. As you say, from the rest of the team, from your visitors, from your community, that can really make a huge difference. Thank you so much, John. Do you have anything else to add to that?</w:t>
      </w:r>
    </w:p>
    <w:p w14:paraId="6BE07F7C" w14:textId="77777777" w:rsidR="003A3F31" w:rsidRDefault="003A3F31">
      <w:pPr>
        <w:spacing w:after="0"/>
      </w:pPr>
    </w:p>
    <w:p w14:paraId="1E87B481" w14:textId="77777777" w:rsidR="003A3F31" w:rsidRDefault="00FA1E12">
      <w:pPr>
        <w:spacing w:after="0"/>
      </w:pPr>
      <w:r>
        <w:rPr>
          <w:rFonts w:ascii="Arial" w:hAnsi="Arial"/>
          <w:b/>
        </w:rPr>
        <w:t xml:space="preserve">John </w:t>
      </w:r>
      <w:proofErr w:type="gramStart"/>
      <w:r>
        <w:rPr>
          <w:rFonts w:ascii="Arial" w:hAnsi="Arial"/>
          <w:b/>
        </w:rPr>
        <w:t xml:space="preserve">Evans  </w:t>
      </w:r>
      <w:r>
        <w:rPr>
          <w:rFonts w:ascii="Arial" w:hAnsi="Arial"/>
          <w:color w:val="5D7284"/>
        </w:rPr>
        <w:t>1:25:14</w:t>
      </w:r>
      <w:proofErr w:type="gramEnd"/>
    </w:p>
    <w:p w14:paraId="57248776" w14:textId="77777777" w:rsidR="003A3F31" w:rsidRDefault="00FA1E12">
      <w:pPr>
        <w:spacing w:after="0"/>
      </w:pPr>
      <w:r>
        <w:rPr>
          <w:rFonts w:ascii="Arial" w:hAnsi="Arial"/>
        </w:rPr>
        <w:t xml:space="preserve">No,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only thing I would say is based on what Kate was saying about </w:t>
      </w:r>
      <w:proofErr w:type="gramStart"/>
      <w:r>
        <w:rPr>
          <w:rFonts w:ascii="Arial" w:hAnsi="Arial"/>
        </w:rPr>
        <w:t xml:space="preserve">the </w:t>
      </w:r>
      <w:proofErr w:type="spellStart"/>
      <w:r>
        <w:rPr>
          <w:rFonts w:ascii="Arial" w:hAnsi="Arial"/>
        </w:rPr>
        <w:t>the</w:t>
      </w:r>
      <w:proofErr w:type="spellEnd"/>
      <w:proofErr w:type="gramEnd"/>
      <w:r>
        <w:rPr>
          <w:rFonts w:ascii="Arial" w:hAnsi="Arial"/>
        </w:rPr>
        <w:t xml:space="preserve"> time it takes to go through all these hurdles. I think that you once you </w:t>
      </w:r>
      <w:proofErr w:type="spellStart"/>
      <w:r>
        <w:rPr>
          <w:rFonts w:ascii="Arial" w:hAnsi="Arial"/>
        </w:rPr>
        <w:t>realise</w:t>
      </w:r>
      <w:proofErr w:type="spellEnd"/>
      <w:r>
        <w:rPr>
          <w:rFonts w:ascii="Arial" w:hAnsi="Arial"/>
        </w:rPr>
        <w:t xml:space="preserve"> that at the beginning, because all innovation is always very optimistic. People who innovate are optimists, and they always see some great opportunity somewhere. And I think if the big secret is not to get </w:t>
      </w:r>
      <w:proofErr w:type="spellStart"/>
      <w:r>
        <w:rPr>
          <w:rFonts w:ascii="Arial" w:hAnsi="Arial"/>
        </w:rPr>
        <w:t>demoralised</w:t>
      </w:r>
      <w:proofErr w:type="spellEnd"/>
      <w:r>
        <w:rPr>
          <w:rFonts w:ascii="Arial" w:hAnsi="Arial"/>
        </w:rPr>
        <w:t xml:space="preserve"> by all the hurdles and expect them in the first place, and then if you don't get the hurdles, then that's even better </w:t>
      </w:r>
      <w:proofErr w:type="gramStart"/>
      <w:r>
        <w:rPr>
          <w:rFonts w:ascii="Arial" w:hAnsi="Arial"/>
        </w:rPr>
        <w:t>then</w:t>
      </w:r>
      <w:proofErr w:type="gramEnd"/>
      <w:r>
        <w:rPr>
          <w:rFonts w:ascii="Arial" w:hAnsi="Arial"/>
        </w:rPr>
        <w:t xml:space="preserve"> because it's</w:t>
      </w:r>
      <w:r>
        <w:rPr>
          <w:rFonts w:ascii="Arial" w:hAnsi="Arial"/>
        </w:rPr>
        <w:t xml:space="preserve"> you know it's like even more enjoyable. But I think that's the main </w:t>
      </w:r>
      <w:proofErr w:type="gramStart"/>
      <w:r>
        <w:rPr>
          <w:rFonts w:ascii="Arial" w:hAnsi="Arial"/>
        </w:rPr>
        <w:t>thing is</w:t>
      </w:r>
      <w:proofErr w:type="gramEnd"/>
      <w:r>
        <w:rPr>
          <w:rFonts w:ascii="Arial" w:hAnsi="Arial"/>
        </w:rPr>
        <w:t xml:space="preserve"> </w:t>
      </w:r>
      <w:proofErr w:type="spellStart"/>
      <w:r>
        <w:rPr>
          <w:rFonts w:ascii="Arial" w:hAnsi="Arial"/>
        </w:rPr>
        <w:t>is</w:t>
      </w:r>
      <w:proofErr w:type="spellEnd"/>
      <w:r>
        <w:rPr>
          <w:rFonts w:ascii="Arial" w:hAnsi="Arial"/>
        </w:rPr>
        <w:t xml:space="preserve"> to prepare yourself so that you know if </w:t>
      </w:r>
      <w:proofErr w:type="spellStart"/>
      <w:r>
        <w:rPr>
          <w:rFonts w:ascii="Arial" w:hAnsi="Arial"/>
        </w:rPr>
        <w:t>if</w:t>
      </w:r>
      <w:proofErr w:type="spellEnd"/>
      <w:r>
        <w:rPr>
          <w:rFonts w:ascii="Arial" w:hAnsi="Arial"/>
        </w:rPr>
        <w:t xml:space="preserve"> it is difficult, if it does take longer, it </w:t>
      </w:r>
      <w:proofErr w:type="gramStart"/>
      <w:r>
        <w:rPr>
          <w:rFonts w:ascii="Arial" w:hAnsi="Arial"/>
        </w:rPr>
        <w:t>keep</w:t>
      </w:r>
      <w:proofErr w:type="gramEnd"/>
      <w:r>
        <w:rPr>
          <w:rFonts w:ascii="Arial" w:hAnsi="Arial"/>
        </w:rPr>
        <w:t xml:space="preserve"> going and don't give up.</w:t>
      </w:r>
    </w:p>
    <w:p w14:paraId="2F6DA876" w14:textId="77777777" w:rsidR="003A3F31" w:rsidRDefault="003A3F31">
      <w:pPr>
        <w:spacing w:after="0"/>
      </w:pPr>
    </w:p>
    <w:p w14:paraId="1CE4949B"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1:25:59</w:t>
      </w:r>
      <w:proofErr w:type="gramEnd"/>
    </w:p>
    <w:p w14:paraId="0825BAB4" w14:textId="77777777" w:rsidR="003A3F31" w:rsidRDefault="00FA1E12">
      <w:pPr>
        <w:spacing w:after="0"/>
      </w:pPr>
      <w:r>
        <w:rPr>
          <w:rFonts w:ascii="Arial" w:hAnsi="Arial"/>
        </w:rPr>
        <w:t xml:space="preserve">Yeah, absolutely. I like that. It's </w:t>
      </w:r>
      <w:proofErr w:type="gramStart"/>
      <w:r>
        <w:rPr>
          <w:rFonts w:ascii="Arial" w:hAnsi="Arial"/>
        </w:rPr>
        <w:t>like you</w:t>
      </w:r>
      <w:proofErr w:type="gramEnd"/>
      <w:r>
        <w:rPr>
          <w:rFonts w:ascii="Arial" w:hAnsi="Arial"/>
        </w:rPr>
        <w:t xml:space="preserve"> </w:t>
      </w:r>
      <w:proofErr w:type="spellStart"/>
      <w:r>
        <w:rPr>
          <w:rFonts w:ascii="Arial" w:hAnsi="Arial"/>
        </w:rPr>
        <w:t>you</w:t>
      </w:r>
      <w:proofErr w:type="spellEnd"/>
      <w:r>
        <w:rPr>
          <w:rFonts w:ascii="Arial" w:hAnsi="Arial"/>
        </w:rPr>
        <w:t xml:space="preserve"> will probably make bumps in the road, so anticipate what you might what </w:t>
      </w:r>
      <w:proofErr w:type="spellStart"/>
      <w:r>
        <w:rPr>
          <w:rFonts w:ascii="Arial" w:hAnsi="Arial"/>
        </w:rPr>
        <w:t>what</w:t>
      </w:r>
      <w:proofErr w:type="spellEnd"/>
      <w:r>
        <w:rPr>
          <w:rFonts w:ascii="Arial" w:hAnsi="Arial"/>
        </w:rPr>
        <w:t xml:space="preserve"> problems there might be. But also, and then if you don't come across those problems, that's an extra bonus. So, and finally, Thania, the same question. Any advice you would give to anyone on the screen today?</w:t>
      </w:r>
    </w:p>
    <w:p w14:paraId="2A784E4E" w14:textId="77777777" w:rsidR="003A3F31" w:rsidRDefault="003A3F31">
      <w:pPr>
        <w:spacing w:after="0"/>
      </w:pPr>
    </w:p>
    <w:p w14:paraId="6460C1AD" w14:textId="77777777" w:rsidR="003A3F31" w:rsidRDefault="00FA1E12">
      <w:pPr>
        <w:spacing w:after="0"/>
      </w:pPr>
      <w:r>
        <w:rPr>
          <w:rFonts w:ascii="Arial" w:hAnsi="Arial"/>
          <w:b/>
        </w:rPr>
        <w:t xml:space="preserve">Thania M. </w:t>
      </w:r>
      <w:proofErr w:type="gramStart"/>
      <w:r>
        <w:rPr>
          <w:rFonts w:ascii="Arial" w:hAnsi="Arial"/>
          <w:b/>
        </w:rPr>
        <w:t xml:space="preserve">Flores  </w:t>
      </w:r>
      <w:r>
        <w:rPr>
          <w:rFonts w:ascii="Arial" w:hAnsi="Arial"/>
          <w:color w:val="5D7284"/>
        </w:rPr>
        <w:t>1:26:18</w:t>
      </w:r>
      <w:proofErr w:type="gramEnd"/>
    </w:p>
    <w:p w14:paraId="6EF304A7" w14:textId="77777777" w:rsidR="003A3F31" w:rsidRDefault="00FA1E12">
      <w:pPr>
        <w:spacing w:after="0"/>
      </w:pPr>
      <w:r>
        <w:rPr>
          <w:rFonts w:ascii="Arial" w:hAnsi="Arial"/>
        </w:rPr>
        <w:t xml:space="preserve">Well, adaptability will be </w:t>
      </w:r>
      <w:proofErr w:type="gramStart"/>
      <w:r>
        <w:rPr>
          <w:rFonts w:ascii="Arial" w:hAnsi="Arial"/>
        </w:rPr>
        <w:t xml:space="preserve">my </w:t>
      </w:r>
      <w:proofErr w:type="spellStart"/>
      <w:r>
        <w:rPr>
          <w:rFonts w:ascii="Arial" w:hAnsi="Arial"/>
        </w:rPr>
        <w:t>my</w:t>
      </w:r>
      <w:proofErr w:type="spellEnd"/>
      <w:proofErr w:type="gramEnd"/>
      <w:r>
        <w:rPr>
          <w:rFonts w:ascii="Arial" w:hAnsi="Arial"/>
        </w:rPr>
        <w:t xml:space="preserve"> best advice on flexibility as </w:t>
      </w:r>
      <w:proofErr w:type="spellStart"/>
      <w:r>
        <w:rPr>
          <w:rFonts w:ascii="Arial" w:hAnsi="Arial"/>
        </w:rPr>
        <w:t>as</w:t>
      </w:r>
      <w:proofErr w:type="spellEnd"/>
      <w:r>
        <w:rPr>
          <w:rFonts w:ascii="Arial" w:hAnsi="Arial"/>
        </w:rPr>
        <w:t xml:space="preserve"> projects will change and may not look almost anything like they did at the beginning. So be ready to change plans or adapt plans from what you first had, as well as do your research. In our case, we could have created a VR just in in a vacuum, but we went and visit a lot of very many VR experiences all around to see what was out there, what we like, what didn't like, we didn't like, especially what we didn't like, we didn't want to have in our experience. And the third</w:t>
      </w:r>
      <w:r>
        <w:rPr>
          <w:rFonts w:ascii="Arial" w:hAnsi="Arial"/>
        </w:rPr>
        <w:t xml:space="preserve"> will </w:t>
      </w:r>
      <w:proofErr w:type="gramStart"/>
      <w:r>
        <w:rPr>
          <w:rFonts w:ascii="Arial" w:hAnsi="Arial"/>
        </w:rPr>
        <w:t>be have</w:t>
      </w:r>
      <w:proofErr w:type="gramEnd"/>
      <w:r>
        <w:rPr>
          <w:rFonts w:ascii="Arial" w:hAnsi="Arial"/>
        </w:rPr>
        <w:t xml:space="preserve"> a very realistic contingency in your budget when you're </w:t>
      </w:r>
      <w:proofErr w:type="gramStart"/>
      <w:r>
        <w:rPr>
          <w:rFonts w:ascii="Arial" w:hAnsi="Arial"/>
        </w:rPr>
        <w:t>making</w:t>
      </w:r>
      <w:proofErr w:type="gramEnd"/>
      <w:r>
        <w:rPr>
          <w:rFonts w:ascii="Arial" w:hAnsi="Arial"/>
        </w:rPr>
        <w:t xml:space="preserve"> very practical, but very </w:t>
      </w:r>
      <w:proofErr w:type="spellStart"/>
      <w:r>
        <w:rPr>
          <w:rFonts w:ascii="Arial" w:hAnsi="Arial"/>
        </w:rPr>
        <w:t>very</w:t>
      </w:r>
      <w:proofErr w:type="spellEnd"/>
      <w:r>
        <w:rPr>
          <w:rFonts w:ascii="Arial" w:hAnsi="Arial"/>
        </w:rPr>
        <w:t xml:space="preserve"> important to have that contingency there because costs change and fluctuate and professional fees sometimes come out of nowhere.</w:t>
      </w:r>
    </w:p>
    <w:p w14:paraId="7C066FB4" w14:textId="77777777" w:rsidR="003A3F31" w:rsidRDefault="003A3F31">
      <w:pPr>
        <w:spacing w:after="0"/>
      </w:pPr>
    </w:p>
    <w:p w14:paraId="1DF8421B" w14:textId="77777777" w:rsidR="003A3F31" w:rsidRDefault="00FA1E12">
      <w:pPr>
        <w:spacing w:after="0"/>
      </w:pPr>
      <w:r>
        <w:rPr>
          <w:rFonts w:ascii="Arial" w:hAnsi="Arial"/>
          <w:b/>
        </w:rPr>
        <w:t xml:space="preserve">Gillian </w:t>
      </w:r>
      <w:proofErr w:type="gramStart"/>
      <w:r>
        <w:rPr>
          <w:rFonts w:ascii="Arial" w:hAnsi="Arial"/>
          <w:b/>
        </w:rPr>
        <w:t xml:space="preserve">Darroch  </w:t>
      </w:r>
      <w:r>
        <w:rPr>
          <w:rFonts w:ascii="Arial" w:hAnsi="Arial"/>
          <w:color w:val="5D7284"/>
        </w:rPr>
        <w:t>1:27:09</w:t>
      </w:r>
      <w:proofErr w:type="gramEnd"/>
    </w:p>
    <w:p w14:paraId="580CC712" w14:textId="77777777" w:rsidR="003A3F31" w:rsidRDefault="00FA1E12">
      <w:pPr>
        <w:spacing w:after="0"/>
      </w:pPr>
      <w:r>
        <w:rPr>
          <w:rFonts w:ascii="Arial" w:hAnsi="Arial"/>
        </w:rPr>
        <w:lastRenderedPageBreak/>
        <w:t xml:space="preserve">That's a </w:t>
      </w:r>
      <w:proofErr w:type="gramStart"/>
      <w:r>
        <w:rPr>
          <w:rFonts w:ascii="Arial" w:hAnsi="Arial"/>
        </w:rPr>
        <w:t>really good</w:t>
      </w:r>
      <w:proofErr w:type="gramEnd"/>
      <w:r>
        <w:rPr>
          <w:rFonts w:ascii="Arial" w:hAnsi="Arial"/>
        </w:rPr>
        <w:t xml:space="preserve"> </w:t>
      </w:r>
      <w:proofErr w:type="gramStart"/>
      <w:r>
        <w:rPr>
          <w:rFonts w:ascii="Arial" w:hAnsi="Arial"/>
        </w:rPr>
        <w:t>point, actually</w:t>
      </w:r>
      <w:proofErr w:type="gramEnd"/>
      <w:r>
        <w:rPr>
          <w:rFonts w:ascii="Arial" w:hAnsi="Arial"/>
        </w:rPr>
        <w:t xml:space="preserve">. Yeah. </w:t>
      </w:r>
      <w:proofErr w:type="gramStart"/>
      <w:r>
        <w:rPr>
          <w:rFonts w:ascii="Arial" w:hAnsi="Arial"/>
        </w:rPr>
        <w:t>So</w:t>
      </w:r>
      <w:proofErr w:type="gramEnd"/>
      <w:r>
        <w:rPr>
          <w:rFonts w:ascii="Arial" w:hAnsi="Arial"/>
        </w:rPr>
        <w:t xml:space="preserve"> </w:t>
      </w:r>
      <w:proofErr w:type="gramStart"/>
      <w:r>
        <w:rPr>
          <w:rFonts w:ascii="Arial" w:hAnsi="Arial"/>
        </w:rPr>
        <w:t>making</w:t>
      </w:r>
      <w:proofErr w:type="gramEnd"/>
      <w:r>
        <w:rPr>
          <w:rFonts w:ascii="Arial" w:hAnsi="Arial"/>
        </w:rPr>
        <w:t xml:space="preserve"> sure that you you'll have your budget, but always just have that contingency there</w:t>
      </w:r>
      <w:proofErr w:type="gramStart"/>
      <w:r>
        <w:rPr>
          <w:rFonts w:ascii="Arial" w:hAnsi="Arial"/>
        </w:rPr>
        <w:t>, just</w:t>
      </w:r>
      <w:proofErr w:type="gramEnd"/>
      <w:r>
        <w:rPr>
          <w:rFonts w:ascii="Arial" w:hAnsi="Arial"/>
        </w:rPr>
        <w:t xml:space="preserve"> </w:t>
      </w:r>
      <w:proofErr w:type="spellStart"/>
      <w:r>
        <w:rPr>
          <w:rFonts w:ascii="Arial" w:hAnsi="Arial"/>
        </w:rPr>
        <w:t>just</w:t>
      </w:r>
      <w:proofErr w:type="spellEnd"/>
      <w:r>
        <w:rPr>
          <w:rFonts w:ascii="Arial" w:hAnsi="Arial"/>
        </w:rPr>
        <w:t xml:space="preserve"> in case. Fantastic. I'm just going to do a final check of the chat. A question for yes. The session is being </w:t>
      </w:r>
      <w:proofErr w:type="gramStart"/>
      <w:r>
        <w:rPr>
          <w:rFonts w:ascii="Arial" w:hAnsi="Arial"/>
        </w:rPr>
        <w:t>recorded</w:t>
      </w:r>
      <w:proofErr w:type="gramEnd"/>
      <w:r>
        <w:rPr>
          <w:rFonts w:ascii="Arial" w:hAnsi="Arial"/>
        </w:rPr>
        <w:t xml:space="preserve"> and it will be available on our website. </w:t>
      </w:r>
      <w:proofErr w:type="gramStart"/>
      <w:r>
        <w:rPr>
          <w:rFonts w:ascii="Arial" w:hAnsi="Arial"/>
        </w:rPr>
        <w:t>So</w:t>
      </w:r>
      <w:proofErr w:type="gramEnd"/>
      <w:r>
        <w:rPr>
          <w:rFonts w:ascii="Arial" w:hAnsi="Arial"/>
        </w:rPr>
        <w:t xml:space="preserve"> we'll let people know once that's up. We'll just send out a message to everybody who's attended </w:t>
      </w:r>
      <w:proofErr w:type="gramStart"/>
      <w:r>
        <w:rPr>
          <w:rFonts w:ascii="Arial" w:hAnsi="Arial"/>
        </w:rPr>
        <w:t>today that</w:t>
      </w:r>
      <w:proofErr w:type="gramEnd"/>
      <w:r>
        <w:rPr>
          <w:rFonts w:ascii="Arial" w:hAnsi="Arial"/>
        </w:rPr>
        <w:t xml:space="preserve"> to let them know. I will send on a copy of all of the presentations, the contact details of the speakers</w:t>
      </w:r>
      <w:r>
        <w:rPr>
          <w:rFonts w:ascii="Arial" w:hAnsi="Arial"/>
        </w:rPr>
        <w:t xml:space="preserve"> if they're happy to </w:t>
      </w:r>
      <w:proofErr w:type="spellStart"/>
      <w:r>
        <w:rPr>
          <w:rFonts w:ascii="Arial" w:hAnsi="Arial"/>
        </w:rPr>
        <w:t>to</w:t>
      </w:r>
      <w:proofErr w:type="spellEnd"/>
      <w:r>
        <w:rPr>
          <w:rFonts w:ascii="Arial" w:hAnsi="Arial"/>
        </w:rPr>
        <w:t xml:space="preserve"> share that and any links or anything to the websites, anything that we've mentioned as well, I'll do a just kind of follow up email to </w:t>
      </w:r>
      <w:proofErr w:type="spellStart"/>
      <w:r>
        <w:rPr>
          <w:rFonts w:ascii="Arial" w:hAnsi="Arial"/>
        </w:rPr>
        <w:t>to</w:t>
      </w:r>
      <w:proofErr w:type="spellEnd"/>
      <w:r>
        <w:rPr>
          <w:rFonts w:ascii="Arial" w:hAnsi="Arial"/>
        </w:rPr>
        <w:t xml:space="preserve"> everybody on the call. Just lots of </w:t>
      </w:r>
      <w:proofErr w:type="gramStart"/>
      <w:r>
        <w:rPr>
          <w:rFonts w:ascii="Arial" w:hAnsi="Arial"/>
        </w:rPr>
        <w:t>really lovely</w:t>
      </w:r>
      <w:proofErr w:type="gramEnd"/>
      <w:r>
        <w:rPr>
          <w:rFonts w:ascii="Arial" w:hAnsi="Arial"/>
        </w:rPr>
        <w:t xml:space="preserve"> comments. Thank you very much. Great session. Lots to take away. Really inspiring as well, which is great. That's certainly what we wanted </w:t>
      </w:r>
      <w:proofErr w:type="spellStart"/>
      <w:r>
        <w:rPr>
          <w:rFonts w:ascii="Arial" w:hAnsi="Arial"/>
        </w:rPr>
        <w:t>wanted</w:t>
      </w:r>
      <w:proofErr w:type="spellEnd"/>
      <w:r>
        <w:rPr>
          <w:rFonts w:ascii="Arial" w:hAnsi="Arial"/>
        </w:rPr>
        <w:t xml:space="preserve"> it to be. I'm just going to very quickly </w:t>
      </w:r>
      <w:proofErr w:type="gramStart"/>
      <w:r>
        <w:rPr>
          <w:rFonts w:ascii="Arial" w:hAnsi="Arial"/>
        </w:rPr>
        <w:t>just to</w:t>
      </w:r>
      <w:proofErr w:type="gramEnd"/>
      <w:r>
        <w:rPr>
          <w:rFonts w:ascii="Arial" w:hAnsi="Arial"/>
        </w:rPr>
        <w:t xml:space="preserve"> </w:t>
      </w:r>
      <w:proofErr w:type="spellStart"/>
      <w:r>
        <w:rPr>
          <w:rFonts w:ascii="Arial" w:hAnsi="Arial"/>
        </w:rPr>
        <w:t>to</w:t>
      </w:r>
      <w:proofErr w:type="spellEnd"/>
      <w:r>
        <w:rPr>
          <w:rFonts w:ascii="Arial" w:hAnsi="Arial"/>
        </w:rPr>
        <w:t xml:space="preserve"> finish off. Just making sure that I'm sharing the right screen. Okay, so just as </w:t>
      </w:r>
      <w:proofErr w:type="gramStart"/>
      <w:r>
        <w:rPr>
          <w:rFonts w:ascii="Arial" w:hAnsi="Arial"/>
        </w:rPr>
        <w:t>say</w:t>
      </w:r>
      <w:proofErr w:type="gramEnd"/>
      <w:r>
        <w:rPr>
          <w:rFonts w:ascii="Arial" w:hAnsi="Arial"/>
        </w:rPr>
        <w:t xml:space="preserve"> very </w:t>
      </w:r>
      <w:proofErr w:type="spellStart"/>
      <w:r>
        <w:rPr>
          <w:rFonts w:ascii="Arial" w:hAnsi="Arial"/>
        </w:rPr>
        <w:t>very</w:t>
      </w:r>
      <w:proofErr w:type="spellEnd"/>
      <w:r>
        <w:rPr>
          <w:rFonts w:ascii="Arial" w:hAnsi="Arial"/>
        </w:rPr>
        <w:t xml:space="preserve"> quickly</w:t>
      </w:r>
      <w:r>
        <w:rPr>
          <w:rFonts w:ascii="Arial" w:hAnsi="Arial"/>
        </w:rPr>
        <w:t xml:space="preserve"> to </w:t>
      </w:r>
      <w:proofErr w:type="spellStart"/>
      <w:r>
        <w:rPr>
          <w:rFonts w:ascii="Arial" w:hAnsi="Arial"/>
        </w:rPr>
        <w:t>to</w:t>
      </w:r>
      <w:proofErr w:type="spellEnd"/>
      <w:r>
        <w:rPr>
          <w:rFonts w:ascii="Arial" w:hAnsi="Arial"/>
        </w:rPr>
        <w:t xml:space="preserve"> finish off, I just want to say, </w:t>
      </w:r>
      <w:proofErr w:type="gramStart"/>
      <w:r>
        <w:rPr>
          <w:rFonts w:ascii="Arial" w:hAnsi="Arial"/>
        </w:rPr>
        <w:t>first of all</w:t>
      </w:r>
      <w:proofErr w:type="gramEnd"/>
      <w:r>
        <w:rPr>
          <w:rFonts w:ascii="Arial" w:hAnsi="Arial"/>
        </w:rPr>
        <w:t xml:space="preserve">, thank you very much to everybody who has come along to the session today. We really appreciate how you know how busy everybody is, and to take the time out this morning to </w:t>
      </w:r>
      <w:proofErr w:type="spellStart"/>
      <w:r>
        <w:rPr>
          <w:rFonts w:ascii="Arial" w:hAnsi="Arial"/>
        </w:rPr>
        <w:t>to</w:t>
      </w:r>
      <w:proofErr w:type="spellEnd"/>
      <w:r>
        <w:rPr>
          <w:rFonts w:ascii="Arial" w:hAnsi="Arial"/>
        </w:rPr>
        <w:t xml:space="preserve"> come </w:t>
      </w:r>
      <w:proofErr w:type="gramStart"/>
      <w:r>
        <w:rPr>
          <w:rFonts w:ascii="Arial" w:hAnsi="Arial"/>
        </w:rPr>
        <w:t>along and</w:t>
      </w:r>
      <w:proofErr w:type="gramEnd"/>
      <w:r>
        <w:rPr>
          <w:rFonts w:ascii="Arial" w:hAnsi="Arial"/>
        </w:rPr>
        <w:t xml:space="preserve"> </w:t>
      </w:r>
      <w:proofErr w:type="spellStart"/>
      <w:r>
        <w:rPr>
          <w:rFonts w:ascii="Arial" w:hAnsi="Arial"/>
        </w:rPr>
        <w:t>and</w:t>
      </w:r>
      <w:proofErr w:type="spellEnd"/>
      <w:r>
        <w:rPr>
          <w:rFonts w:ascii="Arial" w:hAnsi="Arial"/>
        </w:rPr>
        <w:t xml:space="preserve"> participate. Some </w:t>
      </w:r>
      <w:proofErr w:type="gramStart"/>
      <w:r>
        <w:rPr>
          <w:rFonts w:ascii="Arial" w:hAnsi="Arial"/>
        </w:rPr>
        <w:t>really great</w:t>
      </w:r>
      <w:proofErr w:type="gramEnd"/>
      <w:r>
        <w:rPr>
          <w:rFonts w:ascii="Arial" w:hAnsi="Arial"/>
        </w:rPr>
        <w:t xml:space="preserve"> questions </w:t>
      </w:r>
      <w:proofErr w:type="gramStart"/>
      <w:r>
        <w:rPr>
          <w:rFonts w:ascii="Arial" w:hAnsi="Arial"/>
        </w:rPr>
        <w:t>coming</w:t>
      </w:r>
      <w:proofErr w:type="gramEnd"/>
      <w:r>
        <w:rPr>
          <w:rFonts w:ascii="Arial" w:hAnsi="Arial"/>
        </w:rPr>
        <w:t xml:space="preserve"> </w:t>
      </w:r>
      <w:proofErr w:type="gramStart"/>
      <w:r>
        <w:rPr>
          <w:rFonts w:ascii="Arial" w:hAnsi="Arial"/>
        </w:rPr>
        <w:t>through</w:t>
      </w:r>
      <w:proofErr w:type="gramEnd"/>
      <w:r>
        <w:rPr>
          <w:rFonts w:ascii="Arial" w:hAnsi="Arial"/>
        </w:rPr>
        <w:t xml:space="preserve"> as well. So hopefully you </w:t>
      </w:r>
      <w:proofErr w:type="gramStart"/>
      <w:r>
        <w:rPr>
          <w:rFonts w:ascii="Arial" w:hAnsi="Arial"/>
        </w:rPr>
        <w:t>found</w:t>
      </w:r>
      <w:proofErr w:type="gramEnd"/>
      <w:r>
        <w:rPr>
          <w:rFonts w:ascii="Arial" w:hAnsi="Arial"/>
        </w:rPr>
        <w:t xml:space="preserve"> it </w:t>
      </w:r>
      <w:proofErr w:type="gramStart"/>
      <w:r>
        <w:rPr>
          <w:rFonts w:ascii="Arial" w:hAnsi="Arial"/>
        </w:rPr>
        <w:t>really valuable</w:t>
      </w:r>
      <w:proofErr w:type="gramEnd"/>
      <w:r>
        <w:rPr>
          <w:rFonts w:ascii="Arial" w:hAnsi="Arial"/>
        </w:rPr>
        <w:t>. I'm just going to ask my colleague Jena to pop a wee evaluation link into the chat. It takes about a minute, two minutes to do, but we really do appreciate t</w:t>
      </w:r>
      <w:r>
        <w:rPr>
          <w:rFonts w:ascii="Arial" w:hAnsi="Arial"/>
        </w:rPr>
        <w:t xml:space="preserve">hat </w:t>
      </w:r>
      <w:proofErr w:type="gramStart"/>
      <w:r>
        <w:rPr>
          <w:rFonts w:ascii="Arial" w:hAnsi="Arial"/>
        </w:rPr>
        <w:t>the feedback</w:t>
      </w:r>
      <w:proofErr w:type="gramEnd"/>
      <w:r>
        <w:rPr>
          <w:rFonts w:ascii="Arial" w:hAnsi="Arial"/>
        </w:rPr>
        <w:t xml:space="preserve">. As I say, this is the first time that we've done this type of </w:t>
      </w:r>
      <w:proofErr w:type="spellStart"/>
      <w:r>
        <w:rPr>
          <w:rFonts w:ascii="Arial" w:hAnsi="Arial"/>
        </w:rPr>
        <w:t>of</w:t>
      </w:r>
      <w:proofErr w:type="spellEnd"/>
      <w:r>
        <w:rPr>
          <w:rFonts w:ascii="Arial" w:hAnsi="Arial"/>
        </w:rPr>
        <w:t xml:space="preserve"> kind of discussion panel, so it would be really good to </w:t>
      </w:r>
      <w:proofErr w:type="spellStart"/>
      <w:r>
        <w:rPr>
          <w:rFonts w:ascii="Arial" w:hAnsi="Arial"/>
        </w:rPr>
        <w:t>to</w:t>
      </w:r>
      <w:proofErr w:type="spellEnd"/>
      <w:r>
        <w:rPr>
          <w:rFonts w:ascii="Arial" w:hAnsi="Arial"/>
        </w:rPr>
        <w:t xml:space="preserve"> get that feedback from people of if they found it valuable, if we could make any adjustments or changes, and so please, if you don't mind, just doing that very quickly, and then finally, just want to say a huge thank you to our four </w:t>
      </w:r>
      <w:proofErr w:type="spellStart"/>
      <w:r>
        <w:rPr>
          <w:rFonts w:ascii="Arial" w:hAnsi="Arial"/>
        </w:rPr>
        <w:t>panellists</w:t>
      </w:r>
      <w:proofErr w:type="spellEnd"/>
      <w:r>
        <w:rPr>
          <w:rFonts w:ascii="Arial" w:hAnsi="Arial"/>
        </w:rPr>
        <w:t xml:space="preserve"> for </w:t>
      </w:r>
      <w:proofErr w:type="spellStart"/>
      <w:r>
        <w:rPr>
          <w:rFonts w:ascii="Arial" w:hAnsi="Arial"/>
        </w:rPr>
        <w:t>for</w:t>
      </w:r>
      <w:proofErr w:type="spellEnd"/>
      <w:r>
        <w:rPr>
          <w:rFonts w:ascii="Arial" w:hAnsi="Arial"/>
        </w:rPr>
        <w:t xml:space="preserve"> giving up their time this morning, and not just their time this morning, but they clearly put a huge amount of work in</w:t>
      </w:r>
      <w:r>
        <w:rPr>
          <w:rFonts w:ascii="Arial" w:hAnsi="Arial"/>
        </w:rPr>
        <w:t>to putting their presentations together, for answering the questions so well as well, so it really is greatly appreciated, and I'm sure there are people on the call going away feeling very inspired by the work that you've done so far, and I'm sure that that great work will continue. I've just put my contact details up there. If you want to get in contact with anything to do with kind of wraparound support, skills development training. Please reach out. We've got Markus's contact details as well. Markus is t</w:t>
      </w:r>
      <w:r>
        <w:rPr>
          <w:rFonts w:ascii="Arial" w:hAnsi="Arial"/>
        </w:rPr>
        <w:t xml:space="preserve">he senior capacity </w:t>
      </w:r>
      <w:proofErr w:type="spellStart"/>
      <w:r>
        <w:rPr>
          <w:rFonts w:ascii="Arial" w:hAnsi="Arial"/>
        </w:rPr>
        <w:t>programme</w:t>
      </w:r>
      <w:proofErr w:type="spellEnd"/>
      <w:r>
        <w:rPr>
          <w:rFonts w:ascii="Arial" w:hAnsi="Arial"/>
        </w:rPr>
        <w:t xml:space="preserve"> manager for Museum Futures, so any more complicated questions, you can direct </w:t>
      </w:r>
      <w:proofErr w:type="gramStart"/>
      <w:r>
        <w:rPr>
          <w:rFonts w:ascii="Arial" w:hAnsi="Arial"/>
        </w:rPr>
        <w:t>them to</w:t>
      </w:r>
      <w:proofErr w:type="gramEnd"/>
      <w:r>
        <w:rPr>
          <w:rFonts w:ascii="Arial" w:hAnsi="Arial"/>
        </w:rPr>
        <w:t xml:space="preserve"> </w:t>
      </w:r>
      <w:proofErr w:type="spellStart"/>
      <w:r>
        <w:rPr>
          <w:rFonts w:ascii="Arial" w:hAnsi="Arial"/>
        </w:rPr>
        <w:t>to</w:t>
      </w:r>
      <w:proofErr w:type="spellEnd"/>
      <w:r>
        <w:rPr>
          <w:rFonts w:ascii="Arial" w:hAnsi="Arial"/>
        </w:rPr>
        <w:t xml:space="preserve"> him. And then we've just got our kind of general Museum Futures email address as well. If you're not involved in Museum Futures yet, and you are interested in finding out more, please contact us </w:t>
      </w:r>
      <w:proofErr w:type="gramStart"/>
      <w:r>
        <w:rPr>
          <w:rFonts w:ascii="Arial" w:hAnsi="Arial"/>
        </w:rPr>
        <w:t>through</w:t>
      </w:r>
      <w:proofErr w:type="gramEnd"/>
      <w:r>
        <w:rPr>
          <w:rFonts w:ascii="Arial" w:hAnsi="Arial"/>
        </w:rPr>
        <w:t xml:space="preserve"> that way. But we finished up a wee bit earlier than we had planned, but that's fine. You can go off and enjoy a nice cup of tea, and our </w:t>
      </w:r>
      <w:proofErr w:type="spellStart"/>
      <w:r>
        <w:rPr>
          <w:rFonts w:ascii="Arial" w:hAnsi="Arial"/>
        </w:rPr>
        <w:t>panellists</w:t>
      </w:r>
      <w:proofErr w:type="spellEnd"/>
      <w:r>
        <w:rPr>
          <w:rFonts w:ascii="Arial" w:hAnsi="Arial"/>
        </w:rPr>
        <w:t xml:space="preserve"> can have a well-earned </w:t>
      </w:r>
      <w:proofErr w:type="gramStart"/>
      <w:r>
        <w:rPr>
          <w:rFonts w:ascii="Arial" w:hAnsi="Arial"/>
        </w:rPr>
        <w:t>rest after</w:t>
      </w:r>
      <w:proofErr w:type="gramEnd"/>
      <w:r>
        <w:rPr>
          <w:rFonts w:ascii="Arial" w:hAnsi="Arial"/>
        </w:rPr>
        <w:t xml:space="preserve"> </w:t>
      </w:r>
      <w:proofErr w:type="spellStart"/>
      <w:r>
        <w:rPr>
          <w:rFonts w:ascii="Arial" w:hAnsi="Arial"/>
        </w:rPr>
        <w:t>after</w:t>
      </w:r>
      <w:proofErr w:type="spellEnd"/>
      <w:r>
        <w:rPr>
          <w:rFonts w:ascii="Arial" w:hAnsi="Arial"/>
        </w:rPr>
        <w:t xml:space="preserve"> tha</w:t>
      </w:r>
      <w:r>
        <w:rPr>
          <w:rFonts w:ascii="Arial" w:hAnsi="Arial"/>
        </w:rPr>
        <w:t>t. So again, thank you so much, and we'll let everybody head off and enjoy the rest of your day.</w:t>
      </w:r>
    </w:p>
    <w:sectPr w:rsidR="003A3F31"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4365" w14:textId="77777777" w:rsidR="00FA1E12" w:rsidRDefault="00FA1E12">
      <w:pPr>
        <w:spacing w:after="0" w:line="240" w:lineRule="auto"/>
      </w:pPr>
      <w:r>
        <w:separator/>
      </w:r>
    </w:p>
  </w:endnote>
  <w:endnote w:type="continuationSeparator" w:id="0">
    <w:p w14:paraId="7F64A6CE" w14:textId="77777777" w:rsidR="00FA1E12" w:rsidRDefault="00FA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5209" w14:textId="77777777" w:rsidR="00FA1E12" w:rsidRDefault="00FA1E12">
      <w:pPr>
        <w:spacing w:after="0" w:line="240" w:lineRule="auto"/>
      </w:pPr>
      <w:r>
        <w:separator/>
      </w:r>
    </w:p>
  </w:footnote>
  <w:footnote w:type="continuationSeparator" w:id="0">
    <w:p w14:paraId="1AAEDD45" w14:textId="77777777" w:rsidR="00FA1E12" w:rsidRDefault="00FA1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712110">
    <w:abstractNumId w:val="8"/>
  </w:num>
  <w:num w:numId="2" w16cid:durableId="1426731972">
    <w:abstractNumId w:val="6"/>
  </w:num>
  <w:num w:numId="3" w16cid:durableId="193005449">
    <w:abstractNumId w:val="5"/>
  </w:num>
  <w:num w:numId="4" w16cid:durableId="203639958">
    <w:abstractNumId w:val="4"/>
  </w:num>
  <w:num w:numId="5" w16cid:durableId="1642147223">
    <w:abstractNumId w:val="7"/>
  </w:num>
  <w:num w:numId="6" w16cid:durableId="1248542604">
    <w:abstractNumId w:val="3"/>
  </w:num>
  <w:num w:numId="7" w16cid:durableId="1480923146">
    <w:abstractNumId w:val="2"/>
  </w:num>
  <w:num w:numId="8" w16cid:durableId="39403949">
    <w:abstractNumId w:val="1"/>
  </w:num>
  <w:num w:numId="9" w16cid:durableId="179008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3A3F31"/>
    <w:rsid w:val="00463625"/>
    <w:rsid w:val="004A641F"/>
    <w:rsid w:val="004B593C"/>
    <w:rsid w:val="006E2A8C"/>
    <w:rsid w:val="007749AF"/>
    <w:rsid w:val="00794EBC"/>
    <w:rsid w:val="00930F33"/>
    <w:rsid w:val="009C3AF0"/>
    <w:rsid w:val="00A12EE5"/>
    <w:rsid w:val="00AA1D8D"/>
    <w:rsid w:val="00B47730"/>
    <w:rsid w:val="00BA4C2B"/>
    <w:rsid w:val="00BD0140"/>
    <w:rsid w:val="00C24502"/>
    <w:rsid w:val="00C40348"/>
    <w:rsid w:val="00CB0664"/>
    <w:rsid w:val="00CC6105"/>
    <w:rsid w:val="00D57E81"/>
    <w:rsid w:val="00ED3244"/>
    <w:rsid w:val="00FA1E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13598</Words>
  <Characters>71802</Characters>
  <Application>Microsoft Office Word</Application>
  <DocSecurity>0</DocSecurity>
  <Lines>2175</Lines>
  <Paragraphs>1255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 Seaborne</cp:lastModifiedBy>
  <cp:revision>10</cp:revision>
  <dcterms:created xsi:type="dcterms:W3CDTF">2019-09-10T23:59:00Z</dcterms:created>
  <dcterms:modified xsi:type="dcterms:W3CDTF">2026-09-02T14:13:00Z</dcterms:modified>
  <cp:category/>
</cp:coreProperties>
</file>